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291060" w14:textId="57628575" w:rsidR="00E239FB" w:rsidRPr="008E00FD" w:rsidRDefault="00EC67CC" w:rsidP="008E00FD">
      <w:pPr>
        <w:jc w:val="center"/>
        <w:rPr>
          <w:rFonts w:asciiTheme="majorBidi" w:hAnsiTheme="majorBidi" w:cstheme="majorBidi"/>
          <w:b/>
          <w:bCs/>
          <w:sz w:val="36"/>
          <w:szCs w:val="36"/>
        </w:rPr>
      </w:pPr>
      <w:r w:rsidRPr="00AE17F1">
        <w:rPr>
          <w:rFonts w:asciiTheme="majorBidi" w:hAnsiTheme="majorBidi" w:cstheme="majorBidi"/>
          <w:b/>
          <w:bCs/>
          <w:sz w:val="36"/>
          <w:szCs w:val="36"/>
        </w:rPr>
        <w:t>Influence of Indium Substitution on the Morphological Properties of Hg-Based Thin Films Deposited by PLD</w:t>
      </w:r>
    </w:p>
    <w:p w14:paraId="31F2291E" w14:textId="66FF29C2" w:rsidR="00E239FB" w:rsidRPr="00AE17F1" w:rsidRDefault="00245F93" w:rsidP="00E239FB">
      <w:pPr>
        <w:jc w:val="center"/>
        <w:rPr>
          <w:rFonts w:asciiTheme="majorBidi" w:hAnsiTheme="majorBidi" w:cstheme="majorBidi"/>
          <w:sz w:val="28"/>
          <w:szCs w:val="28"/>
          <w:lang w:bidi="ar-IQ"/>
        </w:rPr>
      </w:pPr>
      <w:r w:rsidRPr="00245F93">
        <w:rPr>
          <w:rFonts w:asciiTheme="majorBidi" w:hAnsiTheme="majorBidi" w:cstheme="majorBidi"/>
          <w:sz w:val="28"/>
          <w:szCs w:val="28"/>
        </w:rPr>
        <w:t>Doaa Jameel Lafta</w:t>
      </w:r>
      <w:r w:rsidR="00E239FB" w:rsidRPr="00AE17F1">
        <w:rPr>
          <w:rFonts w:asciiTheme="majorBidi" w:hAnsiTheme="majorBidi" w:cstheme="majorBidi"/>
          <w:sz w:val="28"/>
          <w:szCs w:val="28"/>
          <w:vertAlign w:val="superscript"/>
        </w:rPr>
        <w:t>1</w:t>
      </w:r>
      <w:r w:rsidR="008E00FD">
        <w:rPr>
          <w:rFonts w:asciiTheme="majorBidi" w:hAnsiTheme="majorBidi" w:cstheme="majorBidi"/>
          <w:sz w:val="28"/>
          <w:szCs w:val="28"/>
          <w:vertAlign w:val="superscript"/>
        </w:rPr>
        <w:t>, a)</w:t>
      </w:r>
      <w:r w:rsidR="00BD337D">
        <w:rPr>
          <w:rFonts w:asciiTheme="majorBidi" w:hAnsiTheme="majorBidi" w:cstheme="majorBidi"/>
          <w:sz w:val="28"/>
          <w:szCs w:val="28"/>
        </w:rPr>
        <w:t xml:space="preserve"> and</w:t>
      </w:r>
      <w:r w:rsidR="00E239FB" w:rsidRPr="00AE17F1">
        <w:rPr>
          <w:rFonts w:asciiTheme="majorBidi" w:hAnsiTheme="majorBidi" w:cstheme="majorBidi"/>
          <w:sz w:val="28"/>
          <w:szCs w:val="28"/>
        </w:rPr>
        <w:t xml:space="preserve"> Haider MJ. Haider</w:t>
      </w:r>
      <w:r w:rsidR="00184743">
        <w:rPr>
          <w:rFonts w:asciiTheme="majorBidi" w:hAnsiTheme="majorBidi" w:cstheme="majorBidi"/>
          <w:sz w:val="28"/>
          <w:szCs w:val="28"/>
          <w:vertAlign w:val="superscript"/>
        </w:rPr>
        <w:t>1</w:t>
      </w:r>
      <w:r w:rsidR="008E00FD">
        <w:rPr>
          <w:rFonts w:asciiTheme="majorBidi" w:hAnsiTheme="majorBidi" w:cstheme="majorBidi"/>
          <w:sz w:val="28"/>
          <w:szCs w:val="28"/>
          <w:vertAlign w:val="superscript"/>
        </w:rPr>
        <w:t>, b</w:t>
      </w:r>
    </w:p>
    <w:p w14:paraId="32203CD7" w14:textId="7A9A8636" w:rsidR="00E239FB" w:rsidRPr="00184743" w:rsidRDefault="00E239FB" w:rsidP="00E239FB">
      <w:pPr>
        <w:jc w:val="center"/>
        <w:rPr>
          <w:rFonts w:asciiTheme="majorBidi" w:hAnsiTheme="majorBidi" w:cstheme="majorBidi"/>
          <w:i/>
          <w:iCs/>
          <w:sz w:val="20"/>
          <w:szCs w:val="20"/>
        </w:rPr>
      </w:pPr>
      <w:r w:rsidRPr="00184743">
        <w:rPr>
          <w:rFonts w:asciiTheme="majorBidi" w:hAnsiTheme="majorBidi" w:cstheme="majorBidi"/>
          <w:i/>
          <w:iCs/>
          <w:sz w:val="20"/>
          <w:szCs w:val="20"/>
          <w:vertAlign w:val="superscript"/>
        </w:rPr>
        <w:t>1</w:t>
      </w:r>
      <w:r w:rsidR="008E00FD" w:rsidRPr="00184743">
        <w:rPr>
          <w:rFonts w:asciiTheme="majorBidi" w:hAnsiTheme="majorBidi" w:cstheme="majorBidi"/>
          <w:i/>
          <w:iCs/>
          <w:sz w:val="20"/>
          <w:szCs w:val="20"/>
          <w:vertAlign w:val="superscript"/>
        </w:rPr>
        <w:t xml:space="preserve"> </w:t>
      </w:r>
      <w:r w:rsidRPr="00184743">
        <w:rPr>
          <w:rFonts w:asciiTheme="majorBidi" w:hAnsiTheme="majorBidi" w:cstheme="majorBidi"/>
          <w:i/>
          <w:iCs/>
          <w:sz w:val="20"/>
          <w:szCs w:val="20"/>
        </w:rPr>
        <w:t>Kufa University - Faculty of Education for Girls- Physics Department, Najaf- Iraq</w:t>
      </w:r>
    </w:p>
    <w:p w14:paraId="19CACEE3" w14:textId="5895D453" w:rsidR="00E239FB" w:rsidRPr="00184743" w:rsidRDefault="008E00FD" w:rsidP="00E239FB">
      <w:pPr>
        <w:spacing w:after="0"/>
        <w:jc w:val="center"/>
        <w:rPr>
          <w:rFonts w:asciiTheme="majorBidi" w:hAnsiTheme="majorBidi" w:cstheme="majorBidi"/>
          <w:i/>
          <w:iCs/>
          <w:sz w:val="20"/>
          <w:szCs w:val="20"/>
        </w:rPr>
      </w:pPr>
      <w:r w:rsidRPr="00184743">
        <w:rPr>
          <w:rFonts w:asciiTheme="majorBidi" w:hAnsiTheme="majorBidi" w:cstheme="majorBidi"/>
          <w:i/>
          <w:iCs/>
          <w:sz w:val="20"/>
          <w:szCs w:val="20"/>
          <w:vertAlign w:val="superscript"/>
        </w:rPr>
        <w:t>a)</w:t>
      </w:r>
      <w:r w:rsidR="00E239FB" w:rsidRPr="00184743">
        <w:rPr>
          <w:rFonts w:asciiTheme="majorBidi" w:hAnsiTheme="majorBidi" w:cstheme="majorBidi"/>
          <w:i/>
          <w:iCs/>
          <w:sz w:val="20"/>
          <w:szCs w:val="20"/>
        </w:rPr>
        <w:t xml:space="preserve"> D</w:t>
      </w:r>
      <w:r w:rsidR="007937E4" w:rsidRPr="00184743">
        <w:rPr>
          <w:rFonts w:asciiTheme="majorBidi" w:hAnsiTheme="majorBidi" w:cstheme="majorBidi"/>
          <w:i/>
          <w:iCs/>
          <w:sz w:val="20"/>
          <w:szCs w:val="20"/>
        </w:rPr>
        <w:t>o</w:t>
      </w:r>
      <w:r w:rsidR="00E239FB" w:rsidRPr="00184743">
        <w:rPr>
          <w:rFonts w:asciiTheme="majorBidi" w:hAnsiTheme="majorBidi" w:cstheme="majorBidi"/>
          <w:i/>
          <w:iCs/>
          <w:sz w:val="20"/>
          <w:szCs w:val="20"/>
        </w:rPr>
        <w:t>aa</w:t>
      </w:r>
      <w:r w:rsidR="007937E4" w:rsidRPr="00184743">
        <w:rPr>
          <w:rFonts w:asciiTheme="majorBidi" w:hAnsiTheme="majorBidi" w:cstheme="majorBidi"/>
          <w:i/>
          <w:iCs/>
          <w:sz w:val="20"/>
          <w:szCs w:val="20"/>
        </w:rPr>
        <w:t>j.ail</w:t>
      </w:r>
      <w:r w:rsidR="00E239FB" w:rsidRPr="00184743">
        <w:rPr>
          <w:rFonts w:asciiTheme="majorBidi" w:hAnsiTheme="majorBidi" w:cstheme="majorBidi"/>
          <w:i/>
          <w:iCs/>
          <w:sz w:val="20"/>
          <w:szCs w:val="20"/>
        </w:rPr>
        <w:t>@student.uokufa.edu.iq</w:t>
      </w:r>
    </w:p>
    <w:p w14:paraId="2B0F3E65" w14:textId="00903DCC" w:rsidR="00EC67CC" w:rsidRPr="00184743" w:rsidRDefault="008E00FD" w:rsidP="008E00FD">
      <w:pPr>
        <w:jc w:val="center"/>
        <w:rPr>
          <w:rFonts w:asciiTheme="majorBidi" w:hAnsiTheme="majorBidi" w:cstheme="majorBidi"/>
          <w:i/>
          <w:iCs/>
          <w:sz w:val="20"/>
          <w:szCs w:val="20"/>
        </w:rPr>
      </w:pPr>
      <w:r w:rsidRPr="00184743">
        <w:rPr>
          <w:rFonts w:asciiTheme="majorBidi" w:hAnsiTheme="majorBidi" w:cstheme="majorBidi"/>
          <w:i/>
          <w:iCs/>
          <w:sz w:val="20"/>
          <w:szCs w:val="20"/>
          <w:vertAlign w:val="superscript"/>
        </w:rPr>
        <w:t xml:space="preserve">b) </w:t>
      </w:r>
      <w:r w:rsidR="00BD337D" w:rsidRPr="00184743">
        <w:rPr>
          <w:rFonts w:asciiTheme="majorBidi" w:hAnsiTheme="majorBidi" w:cstheme="majorBidi"/>
          <w:i/>
          <w:iCs/>
          <w:sz w:val="20"/>
          <w:szCs w:val="20"/>
        </w:rPr>
        <w:t>Corresponding author:</w:t>
      </w:r>
      <w:r w:rsidR="00E54022" w:rsidRPr="00184743">
        <w:rPr>
          <w:rFonts w:asciiTheme="majorBidi" w:hAnsiTheme="majorBidi" w:cstheme="majorBidi"/>
          <w:i/>
          <w:iCs/>
          <w:sz w:val="20"/>
          <w:szCs w:val="20"/>
        </w:rPr>
        <w:t xml:space="preserve"> hayderm.alhayderi@uokufa.edu.iq</w:t>
      </w:r>
    </w:p>
    <w:p w14:paraId="366864F1" w14:textId="6DEE6AE9" w:rsidR="004577BC" w:rsidRPr="007937E4" w:rsidRDefault="004577BC" w:rsidP="00E74161">
      <w:pPr>
        <w:ind w:left="284" w:right="288"/>
        <w:jc w:val="both"/>
        <w:rPr>
          <w:rFonts w:asciiTheme="majorBidi" w:hAnsiTheme="majorBidi" w:cstheme="majorBidi"/>
          <w:sz w:val="18"/>
          <w:szCs w:val="18"/>
        </w:rPr>
      </w:pPr>
      <w:r w:rsidRPr="007937E4">
        <w:rPr>
          <w:rFonts w:asciiTheme="majorBidi" w:hAnsiTheme="majorBidi" w:cstheme="majorBidi"/>
          <w:b/>
          <w:bCs/>
          <w:sz w:val="18"/>
          <w:szCs w:val="18"/>
        </w:rPr>
        <w:t>Abstract</w:t>
      </w:r>
      <w:r w:rsidRPr="007937E4">
        <w:rPr>
          <w:rFonts w:asciiTheme="majorBidi" w:hAnsiTheme="majorBidi" w:cstheme="majorBidi"/>
          <w:sz w:val="18"/>
          <w:szCs w:val="18"/>
        </w:rPr>
        <w:t>.</w:t>
      </w:r>
      <w:r w:rsidR="00F2086F" w:rsidRPr="007937E4">
        <w:rPr>
          <w:rFonts w:asciiTheme="majorBidi" w:hAnsiTheme="majorBidi" w:cstheme="majorBidi" w:hint="cs"/>
          <w:sz w:val="18"/>
          <w:szCs w:val="18"/>
          <w:rtl/>
        </w:rPr>
        <w:t xml:space="preserve"> </w:t>
      </w:r>
      <w:r w:rsidRPr="007937E4">
        <w:rPr>
          <w:rFonts w:asciiTheme="majorBidi" w:hAnsiTheme="majorBidi" w:cstheme="majorBidi"/>
          <w:sz w:val="18"/>
          <w:szCs w:val="18"/>
        </w:rPr>
        <w:t>Thin films of Hg₁₋ₓ</w:t>
      </w:r>
      <w:proofErr w:type="spellStart"/>
      <w:r w:rsidRPr="007937E4">
        <w:rPr>
          <w:rFonts w:asciiTheme="majorBidi" w:hAnsiTheme="majorBidi" w:cstheme="majorBidi"/>
          <w:sz w:val="18"/>
          <w:szCs w:val="18"/>
        </w:rPr>
        <w:t>InₓBa₂Ca₂Cu</w:t>
      </w:r>
      <w:proofErr w:type="spellEnd"/>
      <w:proofErr w:type="gramStart"/>
      <w:r w:rsidRPr="007937E4">
        <w:rPr>
          <w:rFonts w:asciiTheme="majorBidi" w:hAnsiTheme="majorBidi" w:cstheme="majorBidi"/>
          <w:sz w:val="18"/>
          <w:szCs w:val="18"/>
        </w:rPr>
        <w:t>₂.₈</w:t>
      </w:r>
      <w:proofErr w:type="gramEnd"/>
      <w:r w:rsidRPr="007937E4">
        <w:rPr>
          <w:rFonts w:asciiTheme="majorBidi" w:hAnsiTheme="majorBidi" w:cstheme="majorBidi"/>
          <w:sz w:val="18"/>
          <w:szCs w:val="18"/>
        </w:rPr>
        <w:t>Ti</w:t>
      </w:r>
      <w:proofErr w:type="gramStart"/>
      <w:r w:rsidRPr="007937E4">
        <w:rPr>
          <w:rFonts w:asciiTheme="majorBidi" w:hAnsiTheme="majorBidi" w:cstheme="majorBidi"/>
          <w:sz w:val="18"/>
          <w:szCs w:val="18"/>
        </w:rPr>
        <w:t>₀.₂</w:t>
      </w:r>
      <w:proofErr w:type="gramEnd"/>
      <w:r w:rsidRPr="007937E4">
        <w:rPr>
          <w:rFonts w:asciiTheme="majorBidi" w:hAnsiTheme="majorBidi" w:cstheme="majorBidi"/>
          <w:sz w:val="18"/>
          <w:szCs w:val="18"/>
        </w:rPr>
        <w:t xml:space="preserve">O₈ were successfully synthesized using the pulsed laser deposition (PLD) technique with varying indium </w:t>
      </w:r>
      <w:r w:rsidR="008E00FD">
        <w:rPr>
          <w:rFonts w:asciiTheme="majorBidi" w:hAnsiTheme="majorBidi" w:cstheme="majorBidi"/>
          <w:sz w:val="18"/>
          <w:szCs w:val="18"/>
        </w:rPr>
        <w:t>concentration</w:t>
      </w:r>
      <w:r w:rsidRPr="007937E4">
        <w:rPr>
          <w:rFonts w:asciiTheme="majorBidi" w:hAnsiTheme="majorBidi" w:cstheme="majorBidi"/>
          <w:sz w:val="18"/>
          <w:szCs w:val="18"/>
        </w:rPr>
        <w:t xml:space="preserve"> (0.0</w:t>
      </w:r>
      <m:oMath>
        <m:r>
          <w:rPr>
            <w:rFonts w:ascii="Cambria Math" w:hAnsi="Cambria Math" w:cstheme="majorBidi"/>
            <w:sz w:val="18"/>
            <w:szCs w:val="18"/>
          </w:rPr>
          <m:t>≤</m:t>
        </m:r>
      </m:oMath>
      <w:r w:rsidR="009B60AD" w:rsidRPr="007937E4">
        <w:rPr>
          <w:rFonts w:asciiTheme="majorBidi" w:hAnsiTheme="majorBidi" w:cstheme="majorBidi"/>
          <w:sz w:val="18"/>
          <w:szCs w:val="18"/>
        </w:rPr>
        <w:t>x</w:t>
      </w:r>
      <m:oMath>
        <m:r>
          <w:rPr>
            <w:rFonts w:ascii="Cambria Math" w:hAnsi="Cambria Math" w:cstheme="majorBidi"/>
            <w:sz w:val="18"/>
            <w:szCs w:val="18"/>
          </w:rPr>
          <m:t>≤</m:t>
        </m:r>
      </m:oMath>
      <w:r w:rsidR="009B60AD" w:rsidRPr="007937E4">
        <w:rPr>
          <w:rFonts w:asciiTheme="majorBidi" w:hAnsiTheme="majorBidi" w:cstheme="majorBidi"/>
          <w:sz w:val="18"/>
          <w:szCs w:val="18"/>
        </w:rPr>
        <w:t>0.2</w:t>
      </w:r>
      <w:r w:rsidRPr="007937E4">
        <w:rPr>
          <w:rFonts w:asciiTheme="majorBidi" w:hAnsiTheme="majorBidi" w:cstheme="majorBidi"/>
          <w:sz w:val="18"/>
          <w:szCs w:val="18"/>
        </w:rPr>
        <w:t xml:space="preserve">). The effect of indium incorporation on the structural and morphological features of the films was systematically investigated. X-ray diffraction (XRD) patterns </w:t>
      </w:r>
      <w:r w:rsidR="008E00FD">
        <w:rPr>
          <w:rFonts w:asciiTheme="majorBidi" w:hAnsiTheme="majorBidi" w:cstheme="majorBidi"/>
          <w:sz w:val="18"/>
          <w:szCs w:val="18"/>
        </w:rPr>
        <w:t xml:space="preserve">revealed a continuous enhancement in crystallinity with increasing </w:t>
      </w:r>
      <w:proofErr w:type="gramStart"/>
      <w:r w:rsidR="008E00FD">
        <w:rPr>
          <w:rFonts w:asciiTheme="majorBidi" w:hAnsiTheme="majorBidi" w:cstheme="majorBidi"/>
          <w:sz w:val="18"/>
          <w:szCs w:val="18"/>
        </w:rPr>
        <w:t>In</w:t>
      </w:r>
      <w:proofErr w:type="gramEnd"/>
      <w:r w:rsidR="008E00FD">
        <w:rPr>
          <w:rFonts w:asciiTheme="majorBidi" w:hAnsiTheme="majorBidi" w:cstheme="majorBidi"/>
          <w:sz w:val="18"/>
          <w:szCs w:val="18"/>
        </w:rPr>
        <w:t xml:space="preserve"> content, achieving an optimum order at x = 0.12, where the diffraction peaks became sharper and more intense, accompanied by a slight shift toward higher 2θ values, </w:t>
      </w:r>
      <w:r w:rsidRPr="007937E4">
        <w:rPr>
          <w:rFonts w:asciiTheme="majorBidi" w:hAnsiTheme="majorBidi" w:cstheme="majorBidi"/>
          <w:sz w:val="18"/>
          <w:szCs w:val="18"/>
        </w:rPr>
        <w:t>indicating c-axis contraction and improved lattice coherence. Field emission scanning electron microscopy (FESEM) and atomic force microscopy (AFM) analyses confirmed the structural observations, revealing a dense, homogeneous, and fine-grained nanostructure with minimal roughness at the same concentration. However, further increase in indium content (x ≥ 0.16) resulted in microstructural degradation and the appearance of grain clustering due to excess strain and partial phase segregation. Overall, the study demonstrates that moderate indium substitution (x = 0.12) yields the most stable and compact nanostructure, representing the optimum condition for producing high-quality Hg-based superconducting thin films.</w:t>
      </w:r>
    </w:p>
    <w:p w14:paraId="6123EDE1" w14:textId="67119C02" w:rsidR="00F2086F" w:rsidRPr="00AF0022" w:rsidRDefault="004577BC" w:rsidP="00E74161">
      <w:pPr>
        <w:ind w:left="284" w:right="288"/>
        <w:jc w:val="both"/>
        <w:rPr>
          <w:rFonts w:asciiTheme="majorBidi" w:hAnsiTheme="majorBidi" w:cstheme="majorBidi"/>
          <w:sz w:val="18"/>
          <w:szCs w:val="18"/>
        </w:rPr>
      </w:pPr>
      <w:r w:rsidRPr="00AF0022">
        <w:rPr>
          <w:rFonts w:asciiTheme="majorBidi" w:hAnsiTheme="majorBidi" w:cstheme="majorBidi"/>
          <w:b/>
          <w:bCs/>
          <w:sz w:val="18"/>
          <w:szCs w:val="18"/>
        </w:rPr>
        <w:t>Keywords:</w:t>
      </w:r>
      <w:r w:rsidR="009B60AD" w:rsidRPr="00AF0022">
        <w:rPr>
          <w:rFonts w:asciiTheme="majorBidi" w:hAnsiTheme="majorBidi" w:cstheme="majorBidi"/>
          <w:sz w:val="18"/>
          <w:szCs w:val="18"/>
        </w:rPr>
        <w:t xml:space="preserve"> </w:t>
      </w:r>
      <w:r w:rsidRPr="00AF0022">
        <w:rPr>
          <w:rFonts w:asciiTheme="majorBidi" w:hAnsiTheme="majorBidi" w:cstheme="majorBidi"/>
          <w:sz w:val="18"/>
          <w:szCs w:val="18"/>
        </w:rPr>
        <w:t>Hg-based superconductors; Pulsed Laser Deposition (PLD); Indium substitution; XRD; FESEM; AFM; Morphology; Crystallinity; Thin films.</w:t>
      </w:r>
    </w:p>
    <w:p w14:paraId="2BB1C48B" w14:textId="4A3F88D6" w:rsidR="004577BC" w:rsidRPr="00AE17F1" w:rsidRDefault="004577BC" w:rsidP="008E00FD">
      <w:pPr>
        <w:pStyle w:val="ListParagraph"/>
        <w:ind w:left="360"/>
        <w:jc w:val="center"/>
        <w:rPr>
          <w:rFonts w:asciiTheme="majorBidi" w:hAnsiTheme="majorBidi" w:cstheme="majorBidi"/>
          <w:b/>
          <w:bCs/>
          <w:sz w:val="24"/>
          <w:szCs w:val="24"/>
        </w:rPr>
      </w:pPr>
      <w:r w:rsidRPr="00AE17F1">
        <w:rPr>
          <w:rFonts w:asciiTheme="majorBidi" w:hAnsiTheme="majorBidi" w:cstheme="majorBidi"/>
          <w:b/>
          <w:bCs/>
          <w:sz w:val="24"/>
          <w:szCs w:val="24"/>
        </w:rPr>
        <w:t>I</w:t>
      </w:r>
      <w:r w:rsidR="008E00FD">
        <w:rPr>
          <w:rFonts w:asciiTheme="majorBidi" w:hAnsiTheme="majorBidi" w:cstheme="majorBidi"/>
          <w:b/>
          <w:bCs/>
          <w:sz w:val="24"/>
          <w:szCs w:val="24"/>
        </w:rPr>
        <w:t>NTRODUCTION</w:t>
      </w:r>
    </w:p>
    <w:p w14:paraId="63829C20" w14:textId="0AE96A16" w:rsidR="004577BC" w:rsidRPr="008E00FD" w:rsidRDefault="004577BC" w:rsidP="00895D46">
      <w:pPr>
        <w:ind w:firstLine="284"/>
        <w:jc w:val="both"/>
        <w:rPr>
          <w:rFonts w:asciiTheme="majorBidi" w:hAnsiTheme="majorBidi" w:cstheme="majorBidi"/>
          <w:sz w:val="20"/>
          <w:szCs w:val="20"/>
          <w:rtl/>
        </w:rPr>
      </w:pPr>
      <w:r w:rsidRPr="008E00FD">
        <w:rPr>
          <w:rFonts w:asciiTheme="majorBidi" w:hAnsiTheme="majorBidi" w:cstheme="majorBidi"/>
          <w:sz w:val="20"/>
          <w:szCs w:val="20"/>
        </w:rPr>
        <w:t>High-temperature superconductors (HTS) are among the most remarkable</w:t>
      </w:r>
      <w:r w:rsidR="00F2086F" w:rsidRPr="008E00FD">
        <w:rPr>
          <w:rFonts w:asciiTheme="majorBidi" w:hAnsiTheme="majorBidi" w:cstheme="majorBidi" w:hint="cs"/>
          <w:sz w:val="20"/>
          <w:szCs w:val="20"/>
          <w:rtl/>
        </w:rPr>
        <w:t xml:space="preserve"> </w:t>
      </w:r>
      <w:r w:rsidRPr="008E00FD">
        <w:rPr>
          <w:rFonts w:asciiTheme="majorBidi" w:hAnsiTheme="majorBidi" w:cstheme="majorBidi"/>
          <w:sz w:val="20"/>
          <w:szCs w:val="20"/>
        </w:rPr>
        <w:t>materials in solid-state physics due to their unique properties, such as zero electrical resistance and perfect magnetic flux exclusion, which make them highly promising for applications in advanced electronics, magnetic levitation,</w:t>
      </w:r>
      <w:r w:rsidR="00F2086F" w:rsidRPr="008E00FD">
        <w:rPr>
          <w:rFonts w:asciiTheme="majorBidi" w:hAnsiTheme="majorBidi" w:cstheme="majorBidi" w:hint="cs"/>
          <w:sz w:val="20"/>
          <w:szCs w:val="20"/>
          <w:rtl/>
        </w:rPr>
        <w:t xml:space="preserve"> </w:t>
      </w:r>
      <w:r w:rsidRPr="008E00FD">
        <w:rPr>
          <w:rFonts w:asciiTheme="majorBidi" w:hAnsiTheme="majorBidi" w:cstheme="majorBidi"/>
          <w:sz w:val="20"/>
          <w:szCs w:val="20"/>
        </w:rPr>
        <w:t>and energy transport systems [1,2].</w:t>
      </w:r>
      <w:r w:rsidRPr="008E00FD">
        <w:rPr>
          <w:rFonts w:asciiTheme="majorBidi" w:hAnsiTheme="majorBidi" w:cstheme="majorBidi"/>
          <w:sz w:val="20"/>
          <w:szCs w:val="20"/>
        </w:rPr>
        <w:br/>
        <w:t xml:space="preserve">Among these systems, the mercury-based </w:t>
      </w:r>
      <w:proofErr w:type="spellStart"/>
      <w:r w:rsidRPr="008E00FD">
        <w:rPr>
          <w:rFonts w:asciiTheme="majorBidi" w:hAnsiTheme="majorBidi" w:cstheme="majorBidi"/>
          <w:sz w:val="20"/>
          <w:szCs w:val="20"/>
        </w:rPr>
        <w:t>cuprates</w:t>
      </w:r>
      <w:proofErr w:type="spellEnd"/>
      <w:r w:rsidRPr="008E00FD">
        <w:rPr>
          <w:rFonts w:asciiTheme="majorBidi" w:hAnsiTheme="majorBidi" w:cstheme="majorBidi"/>
          <w:sz w:val="20"/>
          <w:szCs w:val="20"/>
        </w:rPr>
        <w:t xml:space="preserve"> (Hg-based </w:t>
      </w:r>
      <w:proofErr w:type="spellStart"/>
      <w:r w:rsidRPr="008E00FD">
        <w:rPr>
          <w:rFonts w:asciiTheme="majorBidi" w:hAnsiTheme="majorBidi" w:cstheme="majorBidi"/>
          <w:sz w:val="20"/>
          <w:szCs w:val="20"/>
        </w:rPr>
        <w:t>cuprates</w:t>
      </w:r>
      <w:proofErr w:type="spellEnd"/>
      <w:r w:rsidRPr="008E00FD">
        <w:rPr>
          <w:rFonts w:asciiTheme="majorBidi" w:hAnsiTheme="majorBidi" w:cstheme="majorBidi"/>
          <w:sz w:val="20"/>
          <w:szCs w:val="20"/>
        </w:rPr>
        <w:t>) occupy a special position because they exhibit the highest superconducting transition temperature (Tc ≈ 135 K) reported for the compound HgBa</w:t>
      </w:r>
      <w:r w:rsidR="009B60AD" w:rsidRPr="008E00FD">
        <w:rPr>
          <w:rFonts w:asciiTheme="majorBidi" w:hAnsiTheme="majorBidi" w:cstheme="majorBidi"/>
          <w:sz w:val="20"/>
          <w:szCs w:val="20"/>
          <w:vertAlign w:val="subscript"/>
        </w:rPr>
        <w:t>2</w:t>
      </w:r>
      <w:r w:rsidRPr="008E00FD">
        <w:rPr>
          <w:rFonts w:asciiTheme="majorBidi" w:hAnsiTheme="majorBidi" w:cstheme="majorBidi"/>
          <w:sz w:val="20"/>
          <w:szCs w:val="20"/>
        </w:rPr>
        <w:t>Ca</w:t>
      </w:r>
      <w:r w:rsidR="009B60AD" w:rsidRPr="008E00FD">
        <w:rPr>
          <w:rFonts w:asciiTheme="majorBidi" w:hAnsiTheme="majorBidi" w:cstheme="majorBidi"/>
          <w:sz w:val="20"/>
          <w:szCs w:val="20"/>
          <w:vertAlign w:val="subscript"/>
        </w:rPr>
        <w:t>2</w:t>
      </w:r>
      <w:r w:rsidR="009B60AD" w:rsidRPr="008E00FD">
        <w:rPr>
          <w:rFonts w:asciiTheme="majorBidi" w:hAnsiTheme="majorBidi" w:cstheme="majorBidi"/>
          <w:sz w:val="20"/>
          <w:szCs w:val="20"/>
        </w:rPr>
        <w:t>Cu</w:t>
      </w:r>
      <w:r w:rsidR="009B60AD" w:rsidRPr="008E00FD">
        <w:rPr>
          <w:rFonts w:asciiTheme="majorBidi" w:hAnsiTheme="majorBidi" w:cstheme="majorBidi"/>
          <w:sz w:val="20"/>
          <w:szCs w:val="20"/>
          <w:vertAlign w:val="subscript"/>
        </w:rPr>
        <w:t>3</w:t>
      </w:r>
      <w:r w:rsidR="009B60AD" w:rsidRPr="008E00FD">
        <w:rPr>
          <w:rFonts w:asciiTheme="majorBidi" w:hAnsiTheme="majorBidi" w:cstheme="majorBidi"/>
          <w:sz w:val="20"/>
          <w:szCs w:val="20"/>
        </w:rPr>
        <w:t>O</w:t>
      </w:r>
      <w:r w:rsidR="009B60AD" w:rsidRPr="008E00FD">
        <w:rPr>
          <w:rFonts w:asciiTheme="majorBidi" w:hAnsiTheme="majorBidi" w:cstheme="majorBidi"/>
          <w:sz w:val="20"/>
          <w:szCs w:val="20"/>
          <w:vertAlign w:val="subscript"/>
        </w:rPr>
        <w:t>8</w:t>
      </w:r>
      <w:r w:rsidRPr="008E00FD">
        <w:rPr>
          <w:rFonts w:asciiTheme="majorBidi" w:hAnsiTheme="majorBidi" w:cstheme="majorBidi"/>
          <w:sz w:val="20"/>
          <w:szCs w:val="20"/>
          <w:vertAlign w:val="subscript"/>
        </w:rPr>
        <w:t>+δ</w:t>
      </w:r>
      <w:r w:rsidRPr="008E00FD">
        <w:rPr>
          <w:rFonts w:asciiTheme="majorBidi" w:hAnsiTheme="majorBidi" w:cstheme="majorBidi"/>
          <w:sz w:val="20"/>
          <w:szCs w:val="20"/>
        </w:rPr>
        <w:t>(Hg-1223)</w:t>
      </w:r>
      <w:r w:rsidR="009B60AD" w:rsidRPr="008E00FD">
        <w:rPr>
          <w:rFonts w:asciiTheme="majorBidi" w:hAnsiTheme="majorBidi" w:cstheme="majorBidi"/>
          <w:sz w:val="20"/>
          <w:szCs w:val="20"/>
        </w:rPr>
        <w:t>[3]</w:t>
      </w:r>
      <w:r w:rsidR="007A5758" w:rsidRPr="008E00FD">
        <w:rPr>
          <w:rFonts w:asciiTheme="majorBidi" w:hAnsiTheme="majorBidi" w:cstheme="majorBidi"/>
          <w:sz w:val="20"/>
          <w:szCs w:val="20"/>
        </w:rPr>
        <w:t>.</w:t>
      </w:r>
      <w:r w:rsidR="00895D46">
        <w:rPr>
          <w:rFonts w:asciiTheme="majorBidi" w:hAnsiTheme="majorBidi" w:cstheme="majorBidi"/>
          <w:sz w:val="20"/>
          <w:szCs w:val="20"/>
        </w:rPr>
        <w:t xml:space="preserve"> </w:t>
      </w:r>
      <w:r w:rsidRPr="008E00FD">
        <w:rPr>
          <w:rFonts w:asciiTheme="majorBidi" w:hAnsiTheme="majorBidi" w:cstheme="majorBidi"/>
          <w:sz w:val="20"/>
          <w:szCs w:val="20"/>
        </w:rPr>
        <w:t>Recent studies have shown that chemical substitution within these materials is an effective route to tune the crystal lattice and improve the morphological growth quality o</w:t>
      </w:r>
      <w:r w:rsidR="009B60AD" w:rsidRPr="008E00FD">
        <w:rPr>
          <w:rFonts w:asciiTheme="majorBidi" w:hAnsiTheme="majorBidi" w:cstheme="majorBidi"/>
          <w:sz w:val="20"/>
          <w:szCs w:val="20"/>
        </w:rPr>
        <w:t>f thin films [4,5]. Indium (In³</w:t>
      </w:r>
      <w:r w:rsidRPr="008E00FD">
        <w:rPr>
          <w:rFonts w:asciiTheme="majorBidi" w:hAnsiTheme="majorBidi" w:cstheme="majorBidi"/>
          <w:sz w:val="20"/>
          <w:szCs w:val="20"/>
        </w:rPr>
        <w:t>) is one of the most promising elements to</w:t>
      </w:r>
      <w:r w:rsidR="009B60AD" w:rsidRPr="008E00FD">
        <w:rPr>
          <w:rFonts w:asciiTheme="majorBidi" w:hAnsiTheme="majorBidi" w:cstheme="majorBidi"/>
          <w:sz w:val="20"/>
          <w:szCs w:val="20"/>
        </w:rPr>
        <w:t xml:space="preserve"> partially replace mercury (Hg²</w:t>
      </w:r>
      <w:r w:rsidRPr="008E00FD">
        <w:rPr>
          <w:rFonts w:asciiTheme="majorBidi" w:hAnsiTheme="majorBidi" w:cstheme="majorBidi"/>
          <w:sz w:val="20"/>
          <w:szCs w:val="20"/>
        </w:rPr>
        <w:t>) because of their similar ionization energies and its ability to enhance structural stability by reducing the ionic vacancies within the Hg–O layer, leading to improved lattice ordering and lower defect density [6].</w:t>
      </w:r>
      <w:r w:rsidR="00895D46">
        <w:rPr>
          <w:rFonts w:asciiTheme="majorBidi" w:hAnsiTheme="majorBidi" w:cstheme="majorBidi"/>
          <w:sz w:val="20"/>
          <w:szCs w:val="20"/>
        </w:rPr>
        <w:t xml:space="preserve"> </w:t>
      </w:r>
      <w:r w:rsidR="007A5758" w:rsidRPr="008E00FD">
        <w:rPr>
          <w:rFonts w:asciiTheme="majorBidi" w:hAnsiTheme="majorBidi" w:cstheme="majorBidi"/>
          <w:sz w:val="20"/>
          <w:szCs w:val="20"/>
        </w:rPr>
        <w:t>P</w:t>
      </w:r>
      <w:r w:rsidRPr="008E00FD">
        <w:rPr>
          <w:rFonts w:asciiTheme="majorBidi" w:hAnsiTheme="majorBidi" w:cstheme="majorBidi"/>
          <w:sz w:val="20"/>
          <w:szCs w:val="20"/>
        </w:rPr>
        <w:t xml:space="preserve">ulsed laser deposition (PLD) technique enables the fabrication of high-quality superconducting thin films with precise thickness control and fine </w:t>
      </w:r>
      <w:proofErr w:type="spellStart"/>
      <w:r w:rsidRPr="008E00FD">
        <w:rPr>
          <w:rFonts w:asciiTheme="majorBidi" w:hAnsiTheme="majorBidi" w:cstheme="majorBidi"/>
          <w:sz w:val="20"/>
          <w:szCs w:val="20"/>
        </w:rPr>
        <w:t>nanostructural</w:t>
      </w:r>
      <w:proofErr w:type="spellEnd"/>
      <w:r w:rsidRPr="008E00FD">
        <w:rPr>
          <w:rFonts w:asciiTheme="majorBidi" w:hAnsiTheme="majorBidi" w:cstheme="majorBidi"/>
          <w:sz w:val="20"/>
          <w:szCs w:val="20"/>
        </w:rPr>
        <w:t xml:space="preserve"> organization. Through careful adjustment of pulse energy and deposition rate, PLD can promote oriented or semi-epitaxial growth, which is essential for achieving strong crystallographic texture [7,8]. However, challenges in controlling the growth parameters—especially in systems containing volatile elements such as mercury—often lead to the formation of micrometer-sized droplets or secondary phases that affect surface smoothness and grain compactness [9].</w:t>
      </w:r>
      <w:r w:rsidR="00895D46">
        <w:rPr>
          <w:rFonts w:asciiTheme="majorBidi" w:hAnsiTheme="majorBidi" w:cstheme="majorBidi"/>
          <w:sz w:val="20"/>
          <w:szCs w:val="20"/>
        </w:rPr>
        <w:t xml:space="preserve"> </w:t>
      </w:r>
      <w:r w:rsidR="007A5758" w:rsidRPr="008E00FD">
        <w:rPr>
          <w:rFonts w:asciiTheme="majorBidi" w:hAnsiTheme="majorBidi" w:cstheme="majorBidi"/>
          <w:sz w:val="20"/>
          <w:szCs w:val="20"/>
        </w:rPr>
        <w:t>E</w:t>
      </w:r>
      <w:r w:rsidRPr="008E00FD">
        <w:rPr>
          <w:rFonts w:asciiTheme="majorBidi" w:hAnsiTheme="majorBidi" w:cstheme="majorBidi"/>
          <w:sz w:val="20"/>
          <w:szCs w:val="20"/>
        </w:rPr>
        <w:t xml:space="preserve">lectron microscopy (FESEM) </w:t>
      </w:r>
      <w:proofErr w:type="gramStart"/>
      <w:r w:rsidRPr="008E00FD">
        <w:rPr>
          <w:rFonts w:asciiTheme="majorBidi" w:hAnsiTheme="majorBidi" w:cstheme="majorBidi"/>
          <w:sz w:val="20"/>
          <w:szCs w:val="20"/>
        </w:rPr>
        <w:t>provide</w:t>
      </w:r>
      <w:proofErr w:type="gramEnd"/>
      <w:r w:rsidRPr="008E00FD">
        <w:rPr>
          <w:rFonts w:asciiTheme="majorBidi" w:hAnsiTheme="majorBidi" w:cstheme="majorBidi"/>
          <w:sz w:val="20"/>
          <w:szCs w:val="20"/>
        </w:rPr>
        <w:t xml:space="preserve"> valuable insight into grain distribution, surface uniformity, and nanoscale roughness, which are directly related to crystal growth mechanisms and phase stability [10]. Complementary X-ray diffraction (XRD) analysis allows tracking of variations in crystal size and orientation as a function of indium substitution [11].</w:t>
      </w:r>
      <w:r w:rsidR="00895D46">
        <w:rPr>
          <w:rFonts w:asciiTheme="majorBidi" w:hAnsiTheme="majorBidi" w:cstheme="majorBidi"/>
          <w:sz w:val="20"/>
          <w:szCs w:val="20"/>
        </w:rPr>
        <w:t xml:space="preserve"> </w:t>
      </w:r>
      <w:r w:rsidRPr="008E00FD">
        <w:rPr>
          <w:rFonts w:asciiTheme="majorBidi" w:hAnsiTheme="majorBidi" w:cstheme="majorBidi"/>
          <w:sz w:val="20"/>
          <w:szCs w:val="20"/>
        </w:rPr>
        <w:t>Based on this framework, the present work aims to investigate the morphological evolution resulting from partial indium substitution at the mercury site in the Hg</w:t>
      </w:r>
      <w:r w:rsidR="007A5758" w:rsidRPr="008E00FD">
        <w:rPr>
          <w:rFonts w:asciiTheme="majorBidi" w:hAnsiTheme="majorBidi" w:cstheme="majorBidi"/>
          <w:sz w:val="20"/>
          <w:szCs w:val="20"/>
          <w:vertAlign w:val="subscript"/>
        </w:rPr>
        <w:t>1-x</w:t>
      </w:r>
      <w:r w:rsidR="007A5758" w:rsidRPr="008E00FD">
        <w:rPr>
          <w:rFonts w:asciiTheme="majorBidi" w:hAnsiTheme="majorBidi" w:cstheme="majorBidi"/>
          <w:sz w:val="20"/>
          <w:szCs w:val="20"/>
        </w:rPr>
        <w:t>InₓBa</w:t>
      </w:r>
      <w:r w:rsidR="007A5758" w:rsidRPr="008E00FD">
        <w:rPr>
          <w:rFonts w:asciiTheme="majorBidi" w:hAnsiTheme="majorBidi" w:cstheme="majorBidi"/>
          <w:sz w:val="20"/>
          <w:szCs w:val="20"/>
          <w:vertAlign w:val="subscript"/>
        </w:rPr>
        <w:t>2</w:t>
      </w:r>
      <w:r w:rsidR="007A5758" w:rsidRPr="008E00FD">
        <w:rPr>
          <w:rFonts w:asciiTheme="majorBidi" w:hAnsiTheme="majorBidi" w:cstheme="majorBidi"/>
          <w:sz w:val="20"/>
          <w:szCs w:val="20"/>
        </w:rPr>
        <w:t>Ca</w:t>
      </w:r>
      <w:r w:rsidR="007A5758" w:rsidRPr="008E00FD">
        <w:rPr>
          <w:rFonts w:asciiTheme="majorBidi" w:hAnsiTheme="majorBidi" w:cstheme="majorBidi"/>
          <w:sz w:val="20"/>
          <w:szCs w:val="20"/>
          <w:vertAlign w:val="subscript"/>
        </w:rPr>
        <w:t>2</w:t>
      </w:r>
      <w:r w:rsidR="007A5758" w:rsidRPr="008E00FD">
        <w:rPr>
          <w:rFonts w:asciiTheme="majorBidi" w:hAnsiTheme="majorBidi" w:cstheme="majorBidi"/>
          <w:sz w:val="20"/>
          <w:szCs w:val="20"/>
        </w:rPr>
        <w:t>Cu</w:t>
      </w:r>
      <w:r w:rsidR="007A5758" w:rsidRPr="008E00FD">
        <w:rPr>
          <w:rFonts w:asciiTheme="majorBidi" w:hAnsiTheme="majorBidi" w:cstheme="majorBidi"/>
          <w:sz w:val="20"/>
          <w:szCs w:val="20"/>
          <w:vertAlign w:val="subscript"/>
        </w:rPr>
        <w:t>2.8</w:t>
      </w:r>
      <w:r w:rsidR="007A5758" w:rsidRPr="008E00FD">
        <w:rPr>
          <w:rFonts w:asciiTheme="majorBidi" w:hAnsiTheme="majorBidi" w:cstheme="majorBidi"/>
          <w:sz w:val="20"/>
          <w:szCs w:val="20"/>
        </w:rPr>
        <w:t>Ti</w:t>
      </w:r>
      <w:r w:rsidR="007A5758" w:rsidRPr="008E00FD">
        <w:rPr>
          <w:rFonts w:asciiTheme="majorBidi" w:hAnsiTheme="majorBidi" w:cstheme="majorBidi"/>
          <w:sz w:val="20"/>
          <w:szCs w:val="20"/>
          <w:vertAlign w:val="subscript"/>
        </w:rPr>
        <w:t>0.2</w:t>
      </w:r>
      <w:r w:rsidRPr="008E00FD">
        <w:rPr>
          <w:rFonts w:asciiTheme="majorBidi" w:hAnsiTheme="majorBidi" w:cstheme="majorBidi"/>
          <w:sz w:val="20"/>
          <w:szCs w:val="20"/>
        </w:rPr>
        <w:t>O</w:t>
      </w:r>
      <w:r w:rsidR="007A5758" w:rsidRPr="008E00FD">
        <w:rPr>
          <w:rFonts w:asciiTheme="majorBidi" w:hAnsiTheme="majorBidi" w:cstheme="majorBidi"/>
          <w:sz w:val="20"/>
          <w:szCs w:val="20"/>
          <w:vertAlign w:val="subscript"/>
        </w:rPr>
        <w:t>8+δ</w:t>
      </w:r>
      <w:r w:rsidRPr="008E00FD">
        <w:rPr>
          <w:rFonts w:asciiTheme="majorBidi" w:hAnsiTheme="majorBidi" w:cstheme="majorBidi"/>
          <w:sz w:val="20"/>
          <w:szCs w:val="20"/>
        </w:rPr>
        <w:t xml:space="preserve"> system. A comprehensive analysis of AFM, FESEM, and XRD results across mu</w:t>
      </w:r>
      <w:r w:rsidR="007A5758" w:rsidRPr="008E00FD">
        <w:rPr>
          <w:rFonts w:asciiTheme="majorBidi" w:hAnsiTheme="majorBidi" w:cstheme="majorBidi"/>
          <w:sz w:val="20"/>
          <w:szCs w:val="20"/>
        </w:rPr>
        <w:t>ltiple indium concentrations (0.0</w:t>
      </w:r>
      <m:oMath>
        <m:r>
          <w:rPr>
            <w:rFonts w:ascii="Cambria Math" w:hAnsi="Cambria Math" w:cstheme="majorBidi"/>
            <w:sz w:val="20"/>
            <w:szCs w:val="20"/>
          </w:rPr>
          <m:t>≤</m:t>
        </m:r>
      </m:oMath>
      <w:r w:rsidR="007A5758" w:rsidRPr="008E00FD">
        <w:rPr>
          <w:rFonts w:asciiTheme="majorBidi" w:hAnsiTheme="majorBidi" w:cstheme="majorBidi"/>
          <w:sz w:val="20"/>
          <w:szCs w:val="20"/>
        </w:rPr>
        <w:t>x</w:t>
      </w:r>
      <m:oMath>
        <m:r>
          <w:rPr>
            <w:rFonts w:ascii="Cambria Math" w:hAnsi="Cambria Math" w:cstheme="majorBidi"/>
            <w:sz w:val="20"/>
            <w:szCs w:val="20"/>
          </w:rPr>
          <m:t>≤</m:t>
        </m:r>
      </m:oMath>
      <w:r w:rsidR="007A5758" w:rsidRPr="008E00FD">
        <w:rPr>
          <w:rFonts w:asciiTheme="majorBidi" w:hAnsiTheme="majorBidi" w:cstheme="majorBidi"/>
          <w:sz w:val="20"/>
          <w:szCs w:val="20"/>
        </w:rPr>
        <w:t>0.2</w:t>
      </w:r>
      <w:r w:rsidRPr="008E00FD">
        <w:rPr>
          <w:rFonts w:asciiTheme="majorBidi" w:hAnsiTheme="majorBidi" w:cstheme="majorBidi"/>
          <w:sz w:val="20"/>
          <w:szCs w:val="20"/>
        </w:rPr>
        <w:t xml:space="preserve">) was performed to understand how </w:t>
      </w:r>
      <w:proofErr w:type="spellStart"/>
      <w:r w:rsidRPr="008E00FD">
        <w:rPr>
          <w:rFonts w:asciiTheme="majorBidi" w:hAnsiTheme="majorBidi" w:cstheme="majorBidi"/>
          <w:sz w:val="20"/>
          <w:szCs w:val="20"/>
        </w:rPr>
        <w:t>nanostructural</w:t>
      </w:r>
      <w:proofErr w:type="spellEnd"/>
      <w:r w:rsidRPr="008E00FD">
        <w:rPr>
          <w:rFonts w:asciiTheme="majorBidi" w:hAnsiTheme="majorBidi" w:cstheme="majorBidi"/>
          <w:sz w:val="20"/>
          <w:szCs w:val="20"/>
        </w:rPr>
        <w:t xml:space="preserve"> </w:t>
      </w:r>
      <w:r w:rsidRPr="008E00FD">
        <w:rPr>
          <w:rFonts w:asciiTheme="majorBidi" w:hAnsiTheme="majorBidi" w:cstheme="majorBidi"/>
          <w:sz w:val="20"/>
          <w:szCs w:val="20"/>
        </w:rPr>
        <w:lastRenderedPageBreak/>
        <w:t>organization and surface quality evolve with composition and to identify the optimum substitution level for homogeneous film growth.</w:t>
      </w:r>
      <w:r w:rsidR="007A5758" w:rsidRPr="008E00FD">
        <w:rPr>
          <w:rFonts w:asciiTheme="majorBidi" w:hAnsiTheme="majorBidi" w:cstheme="majorBidi"/>
          <w:sz w:val="20"/>
          <w:szCs w:val="20"/>
        </w:rPr>
        <w:t xml:space="preserve"> </w:t>
      </w:r>
    </w:p>
    <w:p w14:paraId="64553431" w14:textId="7BFB9506" w:rsidR="004577BC" w:rsidRPr="00AE17F1" w:rsidRDefault="008E00FD" w:rsidP="008E00FD">
      <w:pPr>
        <w:pStyle w:val="ListParagraph"/>
        <w:ind w:left="360"/>
        <w:jc w:val="center"/>
        <w:rPr>
          <w:rFonts w:asciiTheme="majorBidi" w:hAnsiTheme="majorBidi" w:cstheme="majorBidi"/>
          <w:b/>
          <w:bCs/>
          <w:sz w:val="24"/>
          <w:szCs w:val="24"/>
        </w:rPr>
      </w:pPr>
      <w:r>
        <w:rPr>
          <w:rFonts w:asciiTheme="majorBidi" w:hAnsiTheme="majorBidi" w:cstheme="majorBidi"/>
          <w:b/>
          <w:bCs/>
          <w:sz w:val="24"/>
          <w:szCs w:val="24"/>
        </w:rPr>
        <w:t>EXPERIMENTAL</w:t>
      </w:r>
    </w:p>
    <w:p w14:paraId="33C02D51" w14:textId="37977BED" w:rsidR="004577BC" w:rsidRPr="008E00FD" w:rsidRDefault="004577BC" w:rsidP="00BC5255">
      <w:pPr>
        <w:ind w:firstLine="284"/>
        <w:jc w:val="both"/>
        <w:rPr>
          <w:rFonts w:asciiTheme="majorBidi" w:hAnsiTheme="majorBidi" w:cstheme="majorBidi"/>
          <w:sz w:val="20"/>
          <w:szCs w:val="20"/>
        </w:rPr>
      </w:pPr>
      <w:r w:rsidRPr="008E00FD">
        <w:rPr>
          <w:rFonts w:asciiTheme="majorBidi" w:hAnsiTheme="majorBidi" w:cstheme="majorBidi"/>
          <w:sz w:val="20"/>
          <w:szCs w:val="20"/>
        </w:rPr>
        <w:t xml:space="preserve">A series of superconducting thin films with the nominal composition </w:t>
      </w:r>
      <w:r w:rsidR="007A5758" w:rsidRPr="008E00FD">
        <w:rPr>
          <w:rFonts w:asciiTheme="majorBidi" w:hAnsiTheme="majorBidi" w:cstheme="majorBidi"/>
          <w:sz w:val="20"/>
          <w:szCs w:val="20"/>
        </w:rPr>
        <w:t>Hg</w:t>
      </w:r>
      <w:r w:rsidR="007A5758" w:rsidRPr="008E00FD">
        <w:rPr>
          <w:rFonts w:asciiTheme="majorBidi" w:hAnsiTheme="majorBidi" w:cstheme="majorBidi"/>
          <w:sz w:val="20"/>
          <w:szCs w:val="20"/>
          <w:vertAlign w:val="subscript"/>
        </w:rPr>
        <w:t>1-x</w:t>
      </w:r>
      <w:r w:rsidR="007A5758" w:rsidRPr="008E00FD">
        <w:rPr>
          <w:rFonts w:asciiTheme="majorBidi" w:hAnsiTheme="majorBidi" w:cstheme="majorBidi"/>
          <w:sz w:val="20"/>
          <w:szCs w:val="20"/>
        </w:rPr>
        <w:t>InₓBa</w:t>
      </w:r>
      <w:r w:rsidR="007A5758" w:rsidRPr="008E00FD">
        <w:rPr>
          <w:rFonts w:asciiTheme="majorBidi" w:hAnsiTheme="majorBidi" w:cstheme="majorBidi"/>
          <w:sz w:val="20"/>
          <w:szCs w:val="20"/>
          <w:vertAlign w:val="subscript"/>
        </w:rPr>
        <w:t>2</w:t>
      </w:r>
      <w:r w:rsidR="007A5758" w:rsidRPr="008E00FD">
        <w:rPr>
          <w:rFonts w:asciiTheme="majorBidi" w:hAnsiTheme="majorBidi" w:cstheme="majorBidi"/>
          <w:sz w:val="20"/>
          <w:szCs w:val="20"/>
        </w:rPr>
        <w:t>Ca</w:t>
      </w:r>
      <w:r w:rsidR="007A5758" w:rsidRPr="008E00FD">
        <w:rPr>
          <w:rFonts w:asciiTheme="majorBidi" w:hAnsiTheme="majorBidi" w:cstheme="majorBidi"/>
          <w:sz w:val="20"/>
          <w:szCs w:val="20"/>
          <w:vertAlign w:val="subscript"/>
        </w:rPr>
        <w:t>2</w:t>
      </w:r>
      <w:r w:rsidR="007A5758" w:rsidRPr="008E00FD">
        <w:rPr>
          <w:rFonts w:asciiTheme="majorBidi" w:hAnsiTheme="majorBidi" w:cstheme="majorBidi"/>
          <w:sz w:val="20"/>
          <w:szCs w:val="20"/>
        </w:rPr>
        <w:t>Cu</w:t>
      </w:r>
      <w:r w:rsidR="007A5758" w:rsidRPr="008E00FD">
        <w:rPr>
          <w:rFonts w:asciiTheme="majorBidi" w:hAnsiTheme="majorBidi" w:cstheme="majorBidi"/>
          <w:sz w:val="20"/>
          <w:szCs w:val="20"/>
          <w:vertAlign w:val="subscript"/>
        </w:rPr>
        <w:t>2.8</w:t>
      </w:r>
      <w:r w:rsidR="007A5758" w:rsidRPr="008E00FD">
        <w:rPr>
          <w:rFonts w:asciiTheme="majorBidi" w:hAnsiTheme="majorBidi" w:cstheme="majorBidi"/>
          <w:sz w:val="20"/>
          <w:szCs w:val="20"/>
        </w:rPr>
        <w:t>Ti</w:t>
      </w:r>
      <w:r w:rsidR="007A5758" w:rsidRPr="008E00FD">
        <w:rPr>
          <w:rFonts w:asciiTheme="majorBidi" w:hAnsiTheme="majorBidi" w:cstheme="majorBidi"/>
          <w:sz w:val="20"/>
          <w:szCs w:val="20"/>
          <w:vertAlign w:val="subscript"/>
        </w:rPr>
        <w:t>0.2</w:t>
      </w:r>
      <w:r w:rsidR="007A5758" w:rsidRPr="008E00FD">
        <w:rPr>
          <w:rFonts w:asciiTheme="majorBidi" w:hAnsiTheme="majorBidi" w:cstheme="majorBidi"/>
          <w:sz w:val="20"/>
          <w:szCs w:val="20"/>
        </w:rPr>
        <w:t>O</w:t>
      </w:r>
      <w:r w:rsidR="007A5758" w:rsidRPr="008E00FD">
        <w:rPr>
          <w:rFonts w:asciiTheme="majorBidi" w:hAnsiTheme="majorBidi" w:cstheme="majorBidi"/>
          <w:sz w:val="20"/>
          <w:szCs w:val="20"/>
          <w:vertAlign w:val="subscript"/>
        </w:rPr>
        <w:t>8+δ</w:t>
      </w:r>
      <w:r w:rsidR="007A5758" w:rsidRPr="008E00FD">
        <w:rPr>
          <w:rFonts w:asciiTheme="majorBidi" w:hAnsiTheme="majorBidi" w:cstheme="majorBidi"/>
          <w:sz w:val="20"/>
          <w:szCs w:val="20"/>
        </w:rPr>
        <w:t xml:space="preserve"> </w:t>
      </w:r>
      <w:r w:rsidRPr="008E00FD">
        <w:rPr>
          <w:rFonts w:asciiTheme="majorBidi" w:hAnsiTheme="majorBidi" w:cstheme="majorBidi"/>
          <w:sz w:val="20"/>
          <w:szCs w:val="20"/>
        </w:rPr>
        <w:t xml:space="preserve">were prepared, where the indium substitution ratios at the mercury site were varied as x = 0.00, 0.04, 0.08, 0.12, 0.16, and 0.20. High-purity precursors (≥ 99.9%) of </w:t>
      </w:r>
      <w:proofErr w:type="spellStart"/>
      <w:r w:rsidRPr="008E00FD">
        <w:rPr>
          <w:rFonts w:asciiTheme="majorBidi" w:hAnsiTheme="majorBidi" w:cstheme="majorBidi"/>
          <w:sz w:val="20"/>
          <w:szCs w:val="20"/>
        </w:rPr>
        <w:t>HgO</w:t>
      </w:r>
      <w:proofErr w:type="spellEnd"/>
      <w:r w:rsidRPr="008E00FD">
        <w:rPr>
          <w:rFonts w:asciiTheme="majorBidi" w:hAnsiTheme="majorBidi" w:cstheme="majorBidi"/>
          <w:sz w:val="20"/>
          <w:szCs w:val="20"/>
        </w:rPr>
        <w:t xml:space="preserve">, </w:t>
      </w:r>
      <w:proofErr w:type="spellStart"/>
      <w:proofErr w:type="gramStart"/>
      <w:r w:rsidRPr="008E00FD">
        <w:rPr>
          <w:rFonts w:asciiTheme="majorBidi" w:hAnsiTheme="majorBidi" w:cstheme="majorBidi"/>
          <w:sz w:val="20"/>
          <w:szCs w:val="20"/>
        </w:rPr>
        <w:t>In</w:t>
      </w:r>
      <w:proofErr w:type="gramEnd"/>
      <w:r w:rsidRPr="008E00FD">
        <w:rPr>
          <w:rFonts w:asciiTheme="majorBidi" w:hAnsiTheme="majorBidi" w:cstheme="majorBidi"/>
          <w:sz w:val="20"/>
          <w:szCs w:val="20"/>
        </w:rPr>
        <w:t>₂O</w:t>
      </w:r>
      <w:proofErr w:type="spellEnd"/>
      <w:r w:rsidRPr="008E00FD">
        <w:rPr>
          <w:rFonts w:asciiTheme="majorBidi" w:hAnsiTheme="majorBidi" w:cstheme="majorBidi"/>
          <w:sz w:val="20"/>
          <w:szCs w:val="20"/>
        </w:rPr>
        <w:t xml:space="preserve">₃, </w:t>
      </w:r>
      <w:proofErr w:type="spellStart"/>
      <w:r w:rsidRPr="008E00FD">
        <w:rPr>
          <w:rFonts w:asciiTheme="majorBidi" w:hAnsiTheme="majorBidi" w:cstheme="majorBidi"/>
          <w:sz w:val="20"/>
          <w:szCs w:val="20"/>
        </w:rPr>
        <w:t>BaCO</w:t>
      </w:r>
      <w:proofErr w:type="spellEnd"/>
      <w:r w:rsidRPr="008E00FD">
        <w:rPr>
          <w:rFonts w:asciiTheme="majorBidi" w:hAnsiTheme="majorBidi" w:cstheme="majorBidi"/>
          <w:sz w:val="20"/>
          <w:szCs w:val="20"/>
        </w:rPr>
        <w:t xml:space="preserve">₃ (or </w:t>
      </w:r>
      <w:proofErr w:type="spellStart"/>
      <w:r w:rsidRPr="008E00FD">
        <w:rPr>
          <w:rFonts w:asciiTheme="majorBidi" w:hAnsiTheme="majorBidi" w:cstheme="majorBidi"/>
          <w:sz w:val="20"/>
          <w:szCs w:val="20"/>
        </w:rPr>
        <w:t>BaO</w:t>
      </w:r>
      <w:proofErr w:type="spellEnd"/>
      <w:r w:rsidRPr="008E00FD">
        <w:rPr>
          <w:rFonts w:asciiTheme="majorBidi" w:hAnsiTheme="majorBidi" w:cstheme="majorBidi"/>
          <w:sz w:val="20"/>
          <w:szCs w:val="20"/>
        </w:rPr>
        <w:t xml:space="preserve">), </w:t>
      </w:r>
      <w:proofErr w:type="spellStart"/>
      <w:r w:rsidRPr="008E00FD">
        <w:rPr>
          <w:rFonts w:asciiTheme="majorBidi" w:hAnsiTheme="majorBidi" w:cstheme="majorBidi"/>
          <w:sz w:val="20"/>
          <w:szCs w:val="20"/>
        </w:rPr>
        <w:t>CaCO</w:t>
      </w:r>
      <w:proofErr w:type="spellEnd"/>
      <w:r w:rsidRPr="008E00FD">
        <w:rPr>
          <w:rFonts w:asciiTheme="majorBidi" w:hAnsiTheme="majorBidi" w:cstheme="majorBidi"/>
          <w:sz w:val="20"/>
          <w:szCs w:val="20"/>
        </w:rPr>
        <w:t xml:space="preserve">₃, </w:t>
      </w:r>
      <w:proofErr w:type="spellStart"/>
      <w:r w:rsidRPr="008E00FD">
        <w:rPr>
          <w:rFonts w:asciiTheme="majorBidi" w:hAnsiTheme="majorBidi" w:cstheme="majorBidi"/>
          <w:sz w:val="20"/>
          <w:szCs w:val="20"/>
        </w:rPr>
        <w:t>CuO</w:t>
      </w:r>
      <w:proofErr w:type="spellEnd"/>
      <w:r w:rsidRPr="008E00FD">
        <w:rPr>
          <w:rFonts w:asciiTheme="majorBidi" w:hAnsiTheme="majorBidi" w:cstheme="majorBidi"/>
          <w:sz w:val="20"/>
          <w:szCs w:val="20"/>
        </w:rPr>
        <w:t xml:space="preserve">, and </w:t>
      </w:r>
      <w:proofErr w:type="spellStart"/>
      <w:r w:rsidRPr="008E00FD">
        <w:rPr>
          <w:rFonts w:asciiTheme="majorBidi" w:hAnsiTheme="majorBidi" w:cstheme="majorBidi"/>
          <w:sz w:val="20"/>
          <w:szCs w:val="20"/>
        </w:rPr>
        <w:t>TiO</w:t>
      </w:r>
      <w:proofErr w:type="spellEnd"/>
      <w:r w:rsidRPr="008E00FD">
        <w:rPr>
          <w:rFonts w:asciiTheme="majorBidi" w:hAnsiTheme="majorBidi" w:cstheme="majorBidi"/>
          <w:sz w:val="20"/>
          <w:szCs w:val="20"/>
        </w:rPr>
        <w:t>₂ were accurately weighed according to the stoichiometric proportions of the target composition.</w:t>
      </w:r>
      <w:r w:rsidR="00895D46">
        <w:rPr>
          <w:rFonts w:asciiTheme="majorBidi" w:hAnsiTheme="majorBidi" w:cstheme="majorBidi"/>
          <w:sz w:val="20"/>
          <w:szCs w:val="20"/>
        </w:rPr>
        <w:t xml:space="preserve"> </w:t>
      </w:r>
    </w:p>
    <w:p w14:paraId="6E975D61" w14:textId="3C566BEE" w:rsidR="004577BC" w:rsidRPr="008E00FD" w:rsidRDefault="004577BC" w:rsidP="00AD21B1">
      <w:pPr>
        <w:ind w:firstLine="284"/>
        <w:jc w:val="both"/>
        <w:rPr>
          <w:rFonts w:asciiTheme="majorBidi" w:hAnsiTheme="majorBidi" w:cstheme="majorBidi"/>
          <w:sz w:val="20"/>
          <w:szCs w:val="20"/>
        </w:rPr>
      </w:pPr>
      <w:r w:rsidRPr="008E00FD">
        <w:rPr>
          <w:rFonts w:asciiTheme="majorBidi" w:hAnsiTheme="majorBidi" w:cstheme="majorBidi"/>
          <w:sz w:val="20"/>
          <w:szCs w:val="20"/>
        </w:rPr>
        <w:t xml:space="preserve">The PLD targets were fabricated using the conventional solid-state reaction (SSR) method. The powders were initially mixed in an agate mortar for about 30 min, then homogenized further using a mechanical mixer with steel balls for approximately one hour to ensure uniform blending. The resulting mixture </w:t>
      </w:r>
      <w:r w:rsidR="00E32DEF" w:rsidRPr="008E00FD">
        <w:rPr>
          <w:rFonts w:asciiTheme="majorBidi" w:hAnsiTheme="majorBidi" w:cstheme="majorBidi"/>
          <w:sz w:val="20"/>
          <w:szCs w:val="20"/>
        </w:rPr>
        <w:t xml:space="preserve">was pressed into pellets of (1–2) </w:t>
      </w:r>
      <w:r w:rsidRPr="008E00FD">
        <w:rPr>
          <w:rFonts w:asciiTheme="majorBidi" w:hAnsiTheme="majorBidi" w:cstheme="majorBidi"/>
          <w:sz w:val="20"/>
          <w:szCs w:val="20"/>
        </w:rPr>
        <w:t xml:space="preserve">cm diameter and </w:t>
      </w:r>
      <w:r w:rsidR="00E32DEF" w:rsidRPr="008E00FD">
        <w:rPr>
          <w:rFonts w:asciiTheme="majorBidi" w:hAnsiTheme="majorBidi" w:cstheme="majorBidi"/>
          <w:sz w:val="20"/>
          <w:szCs w:val="20"/>
        </w:rPr>
        <w:t>(</w:t>
      </w:r>
      <w:r w:rsidRPr="008E00FD">
        <w:rPr>
          <w:rFonts w:asciiTheme="majorBidi" w:hAnsiTheme="majorBidi" w:cstheme="majorBidi"/>
          <w:sz w:val="20"/>
          <w:szCs w:val="20"/>
        </w:rPr>
        <w:t>3–5</w:t>
      </w:r>
      <w:r w:rsidR="00E32DEF" w:rsidRPr="008E00FD">
        <w:rPr>
          <w:rFonts w:asciiTheme="majorBidi" w:hAnsiTheme="majorBidi" w:cstheme="majorBidi"/>
          <w:sz w:val="20"/>
          <w:szCs w:val="20"/>
        </w:rPr>
        <w:t>)</w:t>
      </w:r>
      <w:r w:rsidRPr="008E00FD">
        <w:rPr>
          <w:rFonts w:asciiTheme="majorBidi" w:hAnsiTheme="majorBidi" w:cstheme="majorBidi"/>
          <w:sz w:val="20"/>
          <w:szCs w:val="20"/>
        </w:rPr>
        <w:t xml:space="preserve"> mm thickness under a high uniaxial pressure of about 9–10 tons. Preliminary sintering was carried out in an oxidizing atmosphere</w:t>
      </w:r>
      <w:r w:rsidR="007A5758" w:rsidRPr="008E00FD">
        <w:rPr>
          <w:rFonts w:asciiTheme="majorBidi" w:hAnsiTheme="majorBidi" w:cstheme="majorBidi"/>
          <w:sz w:val="20"/>
          <w:szCs w:val="20"/>
        </w:rPr>
        <w:t xml:space="preserve"> (air or O</w:t>
      </w:r>
      <w:r w:rsidR="007A5758" w:rsidRPr="008E00FD">
        <w:rPr>
          <w:rFonts w:asciiTheme="majorBidi" w:hAnsiTheme="majorBidi" w:cstheme="majorBidi"/>
          <w:sz w:val="20"/>
          <w:szCs w:val="20"/>
          <w:vertAlign w:val="subscript"/>
        </w:rPr>
        <w:t>2</w:t>
      </w:r>
      <w:r w:rsidRPr="008E00FD">
        <w:rPr>
          <w:rFonts w:asciiTheme="majorBidi" w:hAnsiTheme="majorBidi" w:cstheme="majorBidi"/>
          <w:sz w:val="20"/>
          <w:szCs w:val="20"/>
        </w:rPr>
        <w:t>) at 750 °C for 24 h, followed by controlled cooling. To minimize mercury loss, the pellets were placed inside closed alumina crucibles during sintering.</w:t>
      </w:r>
    </w:p>
    <w:p w14:paraId="326C23C9" w14:textId="01B3A622" w:rsidR="004577BC" w:rsidRDefault="004577BC" w:rsidP="00AD21B1">
      <w:pPr>
        <w:ind w:firstLine="284"/>
        <w:jc w:val="both"/>
        <w:rPr>
          <w:rFonts w:asciiTheme="majorBidi" w:hAnsiTheme="majorBidi" w:cstheme="majorBidi"/>
          <w:sz w:val="20"/>
          <w:szCs w:val="20"/>
          <w:lang w:val="en-GB"/>
        </w:rPr>
      </w:pPr>
      <w:r w:rsidRPr="008E00FD">
        <w:rPr>
          <w:rFonts w:asciiTheme="majorBidi" w:hAnsiTheme="majorBidi" w:cstheme="majorBidi"/>
          <w:sz w:val="20"/>
          <w:szCs w:val="20"/>
        </w:rPr>
        <w:t xml:space="preserve">Glass substrates were used for the deposition process. The substrates were sequentially cleaned in acetone, isopropanol, and deionized water using an ultrasonic bath for </w:t>
      </w:r>
      <w:r w:rsidR="00E32DEF" w:rsidRPr="008E00FD">
        <w:rPr>
          <w:rFonts w:asciiTheme="majorBidi" w:hAnsiTheme="majorBidi" w:cstheme="majorBidi"/>
          <w:sz w:val="20"/>
          <w:szCs w:val="20"/>
        </w:rPr>
        <w:t>(</w:t>
      </w:r>
      <w:r w:rsidRPr="008E00FD">
        <w:rPr>
          <w:rFonts w:asciiTheme="majorBidi" w:hAnsiTheme="majorBidi" w:cstheme="majorBidi"/>
          <w:sz w:val="20"/>
          <w:szCs w:val="20"/>
        </w:rPr>
        <w:t>10–15</w:t>
      </w:r>
      <w:r w:rsidR="00E32DEF" w:rsidRPr="008E00FD">
        <w:rPr>
          <w:rFonts w:asciiTheme="majorBidi" w:hAnsiTheme="majorBidi" w:cstheme="majorBidi"/>
          <w:sz w:val="20"/>
          <w:szCs w:val="20"/>
        </w:rPr>
        <w:t>)</w:t>
      </w:r>
      <w:r w:rsidRPr="008E00FD">
        <w:rPr>
          <w:rFonts w:asciiTheme="majorBidi" w:hAnsiTheme="majorBidi" w:cstheme="majorBidi"/>
          <w:sz w:val="20"/>
          <w:szCs w:val="20"/>
        </w:rPr>
        <w:t xml:space="preserve"> minutes in each solvent, dried under pure nitrogen flow, and optionally treated with oxygen plasma to enhance surface energy and adhesion. Since glass is an amorphous material, the resulting films are expected to exhibit strong texture (highly oriented or randomly aligned) rather than perfect epitaxial growth as observed on crystalli</w:t>
      </w:r>
      <w:r w:rsidR="007A5758" w:rsidRPr="008E00FD">
        <w:rPr>
          <w:rFonts w:asciiTheme="majorBidi" w:hAnsiTheme="majorBidi" w:cstheme="majorBidi"/>
          <w:sz w:val="20"/>
          <w:szCs w:val="20"/>
        </w:rPr>
        <w:t xml:space="preserve">ne substrates like MgO or </w:t>
      </w:r>
      <w:proofErr w:type="spellStart"/>
      <w:r w:rsidR="007A5758" w:rsidRPr="008E00FD">
        <w:rPr>
          <w:rFonts w:asciiTheme="majorBidi" w:hAnsiTheme="majorBidi" w:cstheme="majorBidi"/>
          <w:sz w:val="20"/>
          <w:szCs w:val="20"/>
        </w:rPr>
        <w:t>SrTiO</w:t>
      </w:r>
      <w:r w:rsidRPr="008E00FD">
        <w:rPr>
          <w:rFonts w:asciiTheme="majorBidi" w:hAnsiTheme="majorBidi" w:cstheme="majorBidi"/>
          <w:sz w:val="20"/>
          <w:szCs w:val="20"/>
        </w:rPr>
        <w:t>.Thin</w:t>
      </w:r>
      <w:proofErr w:type="spellEnd"/>
      <w:r w:rsidRPr="008E00FD">
        <w:rPr>
          <w:rFonts w:asciiTheme="majorBidi" w:hAnsiTheme="majorBidi" w:cstheme="majorBidi"/>
          <w:sz w:val="20"/>
          <w:szCs w:val="20"/>
        </w:rPr>
        <w:t>-film deposition was performed using a Nd:</w:t>
      </w:r>
      <w:r w:rsidR="00964A3B">
        <w:rPr>
          <w:rFonts w:asciiTheme="majorBidi" w:hAnsiTheme="majorBidi" w:cstheme="majorBidi"/>
          <w:sz w:val="20"/>
          <w:szCs w:val="20"/>
        </w:rPr>
        <w:t xml:space="preserve"> </w:t>
      </w:r>
      <w:r w:rsidRPr="008E00FD">
        <w:rPr>
          <w:rFonts w:asciiTheme="majorBidi" w:hAnsiTheme="majorBidi" w:cstheme="majorBidi"/>
          <w:sz w:val="20"/>
          <w:szCs w:val="20"/>
        </w:rPr>
        <w:t xml:space="preserve">YAG laser operating at a wavelength of 1064 nm, with a pulse duration of </w:t>
      </w:r>
      <w:r w:rsidR="00E32DEF" w:rsidRPr="008E00FD">
        <w:rPr>
          <w:rFonts w:asciiTheme="majorBidi" w:hAnsiTheme="majorBidi" w:cstheme="majorBidi"/>
          <w:sz w:val="20"/>
          <w:szCs w:val="20"/>
        </w:rPr>
        <w:t>(</w:t>
      </w:r>
      <w:r w:rsidRPr="008E00FD">
        <w:rPr>
          <w:rFonts w:asciiTheme="majorBidi" w:hAnsiTheme="majorBidi" w:cstheme="majorBidi"/>
          <w:sz w:val="20"/>
          <w:szCs w:val="20"/>
        </w:rPr>
        <w:t>5–10</w:t>
      </w:r>
      <w:r w:rsidR="00E32DEF" w:rsidRPr="008E00FD">
        <w:rPr>
          <w:rFonts w:asciiTheme="majorBidi" w:hAnsiTheme="majorBidi" w:cstheme="majorBidi"/>
          <w:sz w:val="20"/>
          <w:szCs w:val="20"/>
        </w:rPr>
        <w:t>)</w:t>
      </w:r>
      <w:r w:rsidRPr="008E00FD">
        <w:rPr>
          <w:rFonts w:asciiTheme="majorBidi" w:hAnsiTheme="majorBidi" w:cstheme="majorBidi"/>
          <w:sz w:val="20"/>
          <w:szCs w:val="20"/>
        </w:rPr>
        <w:t xml:space="preserve"> ns and a repetition rate of </w:t>
      </w:r>
      <w:r w:rsidR="00E32DEF" w:rsidRPr="008E00FD">
        <w:rPr>
          <w:rFonts w:asciiTheme="majorBidi" w:hAnsiTheme="majorBidi" w:cstheme="majorBidi"/>
          <w:sz w:val="20"/>
          <w:szCs w:val="20"/>
        </w:rPr>
        <w:t>(</w:t>
      </w:r>
      <w:r w:rsidRPr="008E00FD">
        <w:rPr>
          <w:rFonts w:asciiTheme="majorBidi" w:hAnsiTheme="majorBidi" w:cstheme="majorBidi"/>
          <w:sz w:val="20"/>
          <w:szCs w:val="20"/>
        </w:rPr>
        <w:t>5–10</w:t>
      </w:r>
      <w:r w:rsidR="00E32DEF" w:rsidRPr="008E00FD">
        <w:rPr>
          <w:rFonts w:asciiTheme="majorBidi" w:hAnsiTheme="majorBidi" w:cstheme="majorBidi"/>
          <w:sz w:val="20"/>
          <w:szCs w:val="20"/>
        </w:rPr>
        <w:t>)</w:t>
      </w:r>
      <w:r w:rsidRPr="008E00FD">
        <w:rPr>
          <w:rFonts w:asciiTheme="majorBidi" w:hAnsiTheme="majorBidi" w:cstheme="majorBidi"/>
          <w:sz w:val="20"/>
          <w:szCs w:val="20"/>
        </w:rPr>
        <w:t xml:space="preserve"> Hz. The laser fluence on the target was maintained between </w:t>
      </w:r>
      <w:r w:rsidR="00E32DEF" w:rsidRPr="008E00FD">
        <w:rPr>
          <w:rFonts w:asciiTheme="majorBidi" w:hAnsiTheme="majorBidi" w:cstheme="majorBidi"/>
          <w:sz w:val="20"/>
          <w:szCs w:val="20"/>
        </w:rPr>
        <w:t>(</w:t>
      </w:r>
      <w:r w:rsidRPr="008E00FD">
        <w:rPr>
          <w:rFonts w:asciiTheme="majorBidi" w:hAnsiTheme="majorBidi" w:cstheme="majorBidi"/>
          <w:sz w:val="20"/>
          <w:szCs w:val="20"/>
        </w:rPr>
        <w:t>1.5 and 3.0</w:t>
      </w:r>
      <w:r w:rsidR="00E32DEF" w:rsidRPr="008E00FD">
        <w:rPr>
          <w:rFonts w:asciiTheme="majorBidi" w:hAnsiTheme="majorBidi" w:cstheme="majorBidi"/>
          <w:sz w:val="20"/>
          <w:szCs w:val="20"/>
        </w:rPr>
        <w:t>)</w:t>
      </w:r>
      <w:r w:rsidRPr="008E00FD">
        <w:rPr>
          <w:rFonts w:asciiTheme="majorBidi" w:hAnsiTheme="majorBidi" w:cstheme="majorBidi"/>
          <w:sz w:val="20"/>
          <w:szCs w:val="20"/>
        </w:rPr>
        <w:t xml:space="preserve"> J/cm² at an incident angle of ≈ 45°, with a target–substrate distance of </w:t>
      </w:r>
      <w:r w:rsidR="00E32DEF" w:rsidRPr="008E00FD">
        <w:rPr>
          <w:rFonts w:asciiTheme="majorBidi" w:hAnsiTheme="majorBidi" w:cstheme="majorBidi"/>
          <w:sz w:val="20"/>
          <w:szCs w:val="20"/>
        </w:rPr>
        <w:t>(</w:t>
      </w:r>
      <w:r w:rsidRPr="008E00FD">
        <w:rPr>
          <w:rFonts w:asciiTheme="majorBidi" w:hAnsiTheme="majorBidi" w:cstheme="majorBidi"/>
          <w:sz w:val="20"/>
          <w:szCs w:val="20"/>
        </w:rPr>
        <w:t>4–5</w:t>
      </w:r>
      <w:r w:rsidR="00E32DEF" w:rsidRPr="008E00FD">
        <w:rPr>
          <w:rFonts w:asciiTheme="majorBidi" w:hAnsiTheme="majorBidi" w:cstheme="majorBidi"/>
          <w:sz w:val="20"/>
          <w:szCs w:val="20"/>
        </w:rPr>
        <w:t>)</w:t>
      </w:r>
      <w:r w:rsidRPr="008E00FD">
        <w:rPr>
          <w:rFonts w:asciiTheme="majorBidi" w:hAnsiTheme="majorBidi" w:cstheme="majorBidi"/>
          <w:sz w:val="20"/>
          <w:szCs w:val="20"/>
        </w:rPr>
        <w:t xml:space="preserve"> cm. The deposition chamber was evacuated to </w:t>
      </w:r>
      <w:r w:rsidR="00E32DEF" w:rsidRPr="008E00FD">
        <w:rPr>
          <w:rFonts w:asciiTheme="majorBidi" w:hAnsiTheme="majorBidi" w:cstheme="majorBidi"/>
          <w:sz w:val="20"/>
          <w:szCs w:val="20"/>
        </w:rPr>
        <w:t>(</w:t>
      </w:r>
      <w:r w:rsidRPr="008E00FD">
        <w:rPr>
          <w:rFonts w:asciiTheme="majorBidi" w:hAnsiTheme="majorBidi" w:cstheme="majorBidi"/>
          <w:sz w:val="20"/>
          <w:szCs w:val="20"/>
        </w:rPr>
        <w:t>10</w:t>
      </w:r>
      <w:r w:rsidR="007A5758" w:rsidRPr="008E00FD">
        <w:rPr>
          <w:rFonts w:asciiTheme="majorBidi" w:hAnsiTheme="majorBidi" w:cstheme="majorBidi"/>
          <w:sz w:val="20"/>
          <w:szCs w:val="20"/>
          <w:vertAlign w:val="superscript"/>
        </w:rPr>
        <w:t>-4</w:t>
      </w:r>
      <w:r w:rsidRPr="008E00FD">
        <w:rPr>
          <w:rFonts w:asciiTheme="majorBidi" w:hAnsiTheme="majorBidi" w:cstheme="majorBidi"/>
          <w:sz w:val="20"/>
          <w:szCs w:val="20"/>
        </w:rPr>
        <w:t>–10</w:t>
      </w:r>
      <w:r w:rsidR="00E32DEF" w:rsidRPr="008E00FD">
        <w:rPr>
          <w:rFonts w:asciiTheme="majorBidi" w:hAnsiTheme="majorBidi" w:cstheme="majorBidi"/>
          <w:sz w:val="20"/>
          <w:szCs w:val="20"/>
          <w:vertAlign w:val="superscript"/>
        </w:rPr>
        <w:t>-5</w:t>
      </w:r>
      <w:r w:rsidR="00E32DEF" w:rsidRPr="008E00FD">
        <w:rPr>
          <w:rFonts w:asciiTheme="majorBidi" w:hAnsiTheme="majorBidi" w:cstheme="majorBidi"/>
          <w:sz w:val="20"/>
          <w:szCs w:val="20"/>
        </w:rPr>
        <w:t>)</w:t>
      </w:r>
      <w:r w:rsidRPr="008E00FD">
        <w:rPr>
          <w:rFonts w:asciiTheme="majorBidi" w:hAnsiTheme="majorBidi" w:cstheme="majorBidi"/>
          <w:sz w:val="20"/>
          <w:szCs w:val="20"/>
        </w:rPr>
        <w:t xml:space="preserve"> Torr, then backfilled with oxygen to the desired working </w:t>
      </w:r>
      <w:proofErr w:type="spellStart"/>
      <w:proofErr w:type="gramStart"/>
      <w:r w:rsidRPr="008E00FD">
        <w:rPr>
          <w:rFonts w:asciiTheme="majorBidi" w:hAnsiTheme="majorBidi" w:cstheme="majorBidi"/>
          <w:sz w:val="20"/>
          <w:szCs w:val="20"/>
        </w:rPr>
        <w:t>pressure.After</w:t>
      </w:r>
      <w:proofErr w:type="spellEnd"/>
      <w:proofErr w:type="gramEnd"/>
      <w:r w:rsidRPr="008E00FD">
        <w:rPr>
          <w:rFonts w:asciiTheme="majorBidi" w:hAnsiTheme="majorBidi" w:cstheme="majorBidi"/>
          <w:sz w:val="20"/>
          <w:szCs w:val="20"/>
        </w:rPr>
        <w:t xml:space="preserve"> deposition, the films were subjected to post-annealing in flowing oxygen at </w:t>
      </w:r>
      <w:r w:rsidR="00E32DEF" w:rsidRPr="008E00FD">
        <w:rPr>
          <w:rFonts w:asciiTheme="majorBidi" w:hAnsiTheme="majorBidi" w:cstheme="majorBidi"/>
          <w:sz w:val="20"/>
          <w:szCs w:val="20"/>
        </w:rPr>
        <w:t>(</w:t>
      </w:r>
      <w:r w:rsidRPr="008E00FD">
        <w:rPr>
          <w:rFonts w:asciiTheme="majorBidi" w:hAnsiTheme="majorBidi" w:cstheme="majorBidi"/>
          <w:sz w:val="20"/>
          <w:szCs w:val="20"/>
        </w:rPr>
        <w:t>350–500</w:t>
      </w:r>
      <w:r w:rsidR="00E32DEF" w:rsidRPr="008E00FD">
        <w:rPr>
          <w:rFonts w:asciiTheme="majorBidi" w:hAnsiTheme="majorBidi" w:cstheme="majorBidi"/>
          <w:sz w:val="20"/>
          <w:szCs w:val="20"/>
        </w:rPr>
        <w:t>)</w:t>
      </w:r>
      <w:r w:rsidRPr="008E00FD">
        <w:rPr>
          <w:rFonts w:asciiTheme="majorBidi" w:hAnsiTheme="majorBidi" w:cstheme="majorBidi"/>
          <w:sz w:val="20"/>
          <w:szCs w:val="20"/>
        </w:rPr>
        <w:t xml:space="preserve"> °C for </w:t>
      </w:r>
      <w:r w:rsidR="00E32DEF" w:rsidRPr="008E00FD">
        <w:rPr>
          <w:rFonts w:asciiTheme="majorBidi" w:hAnsiTheme="majorBidi" w:cstheme="majorBidi"/>
          <w:sz w:val="20"/>
          <w:szCs w:val="20"/>
        </w:rPr>
        <w:t>(</w:t>
      </w:r>
      <w:r w:rsidRPr="008E00FD">
        <w:rPr>
          <w:rFonts w:asciiTheme="majorBidi" w:hAnsiTheme="majorBidi" w:cstheme="majorBidi"/>
          <w:sz w:val="20"/>
          <w:szCs w:val="20"/>
        </w:rPr>
        <w:t>1–2</w:t>
      </w:r>
      <w:r w:rsidR="00E32DEF" w:rsidRPr="008E00FD">
        <w:rPr>
          <w:rFonts w:asciiTheme="majorBidi" w:hAnsiTheme="majorBidi" w:cstheme="majorBidi"/>
          <w:sz w:val="20"/>
          <w:szCs w:val="20"/>
        </w:rPr>
        <w:t>)</w:t>
      </w:r>
      <w:r w:rsidRPr="008E00FD">
        <w:rPr>
          <w:rFonts w:asciiTheme="majorBidi" w:hAnsiTheme="majorBidi" w:cstheme="majorBidi"/>
          <w:sz w:val="20"/>
          <w:szCs w:val="20"/>
        </w:rPr>
        <w:t xml:space="preserve"> hours to improve oxygen ordering and structural stability. To further stabilize the superconducting phase and reduce mercury volatilization, the samples were cooled slowly in a controlled oxygen </w:t>
      </w:r>
      <w:proofErr w:type="spellStart"/>
      <w:proofErr w:type="gramStart"/>
      <w:r w:rsidRPr="008E00FD">
        <w:rPr>
          <w:rFonts w:asciiTheme="majorBidi" w:hAnsiTheme="majorBidi" w:cstheme="majorBidi"/>
          <w:sz w:val="20"/>
          <w:szCs w:val="20"/>
        </w:rPr>
        <w:t>atmosphere.Through</w:t>
      </w:r>
      <w:proofErr w:type="spellEnd"/>
      <w:proofErr w:type="gramEnd"/>
      <w:r w:rsidRPr="008E00FD">
        <w:rPr>
          <w:rFonts w:asciiTheme="majorBidi" w:hAnsiTheme="majorBidi" w:cstheme="majorBidi"/>
          <w:sz w:val="20"/>
          <w:szCs w:val="20"/>
        </w:rPr>
        <w:t xml:space="preserve"> this procedure, dense and uniform nanostructured thin films were obtained, suitable for detailed structural and morphological characterization using XRD, FESEM, and AFM, as illustrated in Fig</w:t>
      </w:r>
      <w:r w:rsidR="00AD21B1">
        <w:rPr>
          <w:rFonts w:asciiTheme="majorBidi" w:hAnsiTheme="majorBidi" w:cstheme="majorBidi"/>
          <w:sz w:val="20"/>
          <w:szCs w:val="20"/>
        </w:rPr>
        <w:t>.</w:t>
      </w:r>
      <w:r w:rsidRPr="008E00FD">
        <w:rPr>
          <w:rFonts w:asciiTheme="majorBidi" w:hAnsiTheme="majorBidi" w:cstheme="majorBidi"/>
          <w:sz w:val="20"/>
          <w:szCs w:val="20"/>
        </w:rPr>
        <w:t xml:space="preserve"> 1</w:t>
      </w:r>
      <w:r w:rsidRPr="008E00FD">
        <w:rPr>
          <w:rFonts w:asciiTheme="majorBidi" w:hAnsiTheme="majorBidi" w:cstheme="majorBidi"/>
          <w:sz w:val="20"/>
          <w:szCs w:val="20"/>
          <w:rt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64658" w14:paraId="350E83A2" w14:textId="77777777" w:rsidTr="001D2CF7">
        <w:tc>
          <w:tcPr>
            <w:tcW w:w="9350" w:type="dxa"/>
          </w:tcPr>
          <w:p w14:paraId="5F7F633A" w14:textId="63F92597" w:rsidR="00A64658" w:rsidRDefault="00A64658" w:rsidP="00A64658">
            <w:pPr>
              <w:jc w:val="center"/>
              <w:rPr>
                <w:rFonts w:asciiTheme="majorBidi" w:hAnsiTheme="majorBidi" w:cstheme="majorBidi"/>
                <w:sz w:val="20"/>
                <w:szCs w:val="20"/>
                <w:lang w:val="en-GB"/>
              </w:rPr>
            </w:pPr>
            <w:r w:rsidRPr="00B42802">
              <w:rPr>
                <w:rFonts w:asciiTheme="majorBidi" w:hAnsiTheme="majorBidi" w:cstheme="majorBidi"/>
                <w:noProof/>
                <w:sz w:val="28"/>
                <w:szCs w:val="28"/>
              </w:rPr>
              <mc:AlternateContent>
                <mc:Choice Requires="wpg">
                  <w:drawing>
                    <wp:inline distT="0" distB="0" distL="0" distR="0" wp14:anchorId="6823F762" wp14:editId="2FB3ACB9">
                      <wp:extent cx="5016500" cy="2087880"/>
                      <wp:effectExtent l="0" t="0" r="0" b="7620"/>
                      <wp:docPr id="227397156" name="Group 1"/>
                      <wp:cNvGraphicFramePr/>
                      <a:graphic xmlns:a="http://schemas.openxmlformats.org/drawingml/2006/main">
                        <a:graphicData uri="http://schemas.microsoft.com/office/word/2010/wordprocessingGroup">
                          <wpg:wgp>
                            <wpg:cNvGrpSpPr/>
                            <wpg:grpSpPr>
                              <a:xfrm>
                                <a:off x="0" y="0"/>
                                <a:ext cx="5016500" cy="2087880"/>
                                <a:chOff x="0" y="0"/>
                                <a:chExt cx="5735827" cy="5109845"/>
                              </a:xfrm>
                            </wpg:grpSpPr>
                            <pic:pic xmlns:pic="http://schemas.openxmlformats.org/drawingml/2006/picture">
                              <pic:nvPicPr>
                                <pic:cNvPr id="1491404965" name="Picture 1"/>
                                <pic:cNvPicPr>
                                  <a:picLocks noChangeAspect="1"/>
                                </pic:cNvPicPr>
                              </pic:nvPicPr>
                              <pic:blipFill rotWithShape="1">
                                <a:blip r:embed="rId6">
                                  <a:extLst>
                                    <a:ext uri="{28A0092B-C50C-407E-A947-70E740481C1C}">
                                      <a14:useLocalDpi xmlns:a14="http://schemas.microsoft.com/office/drawing/2010/main" val="0"/>
                                    </a:ext>
                                  </a:extLst>
                                </a:blip>
                                <a:srcRect l="10900" t="25120" r="29647" b="41706"/>
                                <a:stretch>
                                  <a:fillRect/>
                                </a:stretch>
                              </pic:blipFill>
                              <pic:spPr bwMode="auto">
                                <a:xfrm rot="16200000">
                                  <a:off x="1818195" y="1165051"/>
                                  <a:ext cx="5082540" cy="2752725"/>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1551345225" name="Picture 1"/>
                                <pic:cNvPicPr>
                                  <a:picLocks noChangeAspect="1"/>
                                </pic:cNvPicPr>
                              </pic:nvPicPr>
                              <pic:blipFill rotWithShape="1">
                                <a:blip r:embed="rId7">
                                  <a:extLst>
                                    <a:ext uri="{28A0092B-C50C-407E-A947-70E740481C1C}">
                                      <a14:useLocalDpi xmlns:a14="http://schemas.microsoft.com/office/drawing/2010/main" val="0"/>
                                    </a:ext>
                                  </a:extLst>
                                </a:blip>
                                <a:srcRect l="515" t="9491" b="10185"/>
                                <a:stretch>
                                  <a:fillRect/>
                                </a:stretch>
                              </pic:blipFill>
                              <pic:spPr bwMode="auto">
                                <a:xfrm>
                                  <a:off x="0" y="0"/>
                                  <a:ext cx="2847975" cy="5109845"/>
                                </a:xfrm>
                                <a:prstGeom prst="rect">
                                  <a:avLst/>
                                </a:prstGeom>
                                <a:ln>
                                  <a:noFill/>
                                </a:ln>
                                <a:effectLst>
                                  <a:softEdge rad="112500"/>
                                </a:effectLst>
                                <a:extLst>
                                  <a:ext uri="{53640926-AAD7-44D8-BBD7-CCE9431645EC}">
                                    <a14:shadowObscured xmlns:a14="http://schemas.microsoft.com/office/drawing/2010/main"/>
                                  </a:ext>
                                </a:extLst>
                              </pic:spPr>
                            </pic:pic>
                          </wpg:wgp>
                        </a:graphicData>
                      </a:graphic>
                    </wp:inline>
                  </w:drawing>
                </mc:Choice>
                <mc:Fallback>
                  <w:pict>
                    <v:group w14:anchorId="0FB6E368" id="Group 1" o:spid="_x0000_s1026" style="width:395pt;height:164.4pt;mso-position-horizontal-relative:char;mso-position-vertical-relative:line" coordsize="57358,5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8182;top:11650;width:50825;height:2752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">
                        <v:imagedata r:id="rId8" o:title="" croptop="16463f" cropbottom="27332f" cropleft="7143f" cropright="19429f"/>
                      </v:shape>
                      <v:shape id="Picture 1" o:spid="_x0000_s1028" type="#_x0000_t75" style="position:absolute;width:28479;height:5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">
                        <v:imagedata r:id="rId9" o:title="" croptop="6220f" cropbottom="6675f" cropleft="338f"/>
                      </v:shape>
                      <w10:anchorlock/>
                    </v:group>
                  </w:pict>
                </mc:Fallback>
              </mc:AlternateContent>
            </w:r>
          </w:p>
        </w:tc>
      </w:tr>
      <w:tr w:rsidR="00A64658" w14:paraId="164C154E" w14:textId="77777777" w:rsidTr="001D2CF7">
        <w:tc>
          <w:tcPr>
            <w:tcW w:w="9350" w:type="dxa"/>
          </w:tcPr>
          <w:p w14:paraId="08DCB658" w14:textId="5CD1BDCB" w:rsidR="00A64658" w:rsidRPr="00A64658" w:rsidRDefault="00A64658" w:rsidP="00A64658">
            <w:pPr>
              <w:jc w:val="center"/>
              <w:rPr>
                <w:rFonts w:asciiTheme="majorBidi" w:hAnsiTheme="majorBidi" w:cstheme="majorBidi"/>
                <w:sz w:val="18"/>
                <w:szCs w:val="18"/>
                <w:lang w:bidi="ar-IQ"/>
              </w:rPr>
            </w:pPr>
            <w:r w:rsidRPr="00AE17F1">
              <w:rPr>
                <w:rFonts w:asciiTheme="majorBidi" w:hAnsiTheme="majorBidi" w:cstheme="majorBidi"/>
                <w:b/>
                <w:bCs/>
                <w:sz w:val="18"/>
                <w:szCs w:val="18"/>
                <w:lang w:bidi="ar-IQ"/>
              </w:rPr>
              <w:t>FIGURE</w:t>
            </w:r>
            <w:r>
              <w:rPr>
                <w:rFonts w:asciiTheme="majorBidi" w:hAnsiTheme="majorBidi" w:cstheme="majorBidi"/>
                <w:b/>
                <w:bCs/>
                <w:sz w:val="18"/>
                <w:szCs w:val="18"/>
                <w:lang w:bidi="ar-IQ"/>
              </w:rPr>
              <w:t xml:space="preserve"> </w:t>
            </w:r>
            <w:r w:rsidRPr="00AE17F1">
              <w:rPr>
                <w:rFonts w:asciiTheme="majorBidi" w:hAnsiTheme="majorBidi" w:cstheme="majorBidi"/>
                <w:b/>
                <w:bCs/>
                <w:sz w:val="18"/>
                <w:szCs w:val="18"/>
                <w:lang w:bidi="ar-IQ"/>
              </w:rPr>
              <w:t>1</w:t>
            </w:r>
            <w:r>
              <w:rPr>
                <w:rFonts w:asciiTheme="majorBidi" w:hAnsiTheme="majorBidi" w:cstheme="majorBidi"/>
                <w:b/>
                <w:bCs/>
                <w:sz w:val="18"/>
                <w:szCs w:val="18"/>
                <w:lang w:bidi="ar-IQ"/>
              </w:rPr>
              <w:t>.</w:t>
            </w:r>
            <w:r w:rsidRPr="00AE17F1">
              <w:rPr>
                <w:rFonts w:asciiTheme="majorBidi" w:hAnsiTheme="majorBidi" w:cstheme="majorBidi"/>
                <w:sz w:val="18"/>
                <w:szCs w:val="18"/>
                <w:lang w:bidi="ar-IQ"/>
              </w:rPr>
              <w:t xml:space="preserve"> Photographic illustration of the prepared samples along with the pulsed laser deposition (PLD) system</w:t>
            </w:r>
          </w:p>
        </w:tc>
      </w:tr>
    </w:tbl>
    <w:p w14:paraId="04968993" w14:textId="77777777" w:rsidR="00A64658" w:rsidRPr="00A64658" w:rsidRDefault="00A64658" w:rsidP="00A64658">
      <w:pPr>
        <w:jc w:val="both"/>
        <w:rPr>
          <w:rFonts w:asciiTheme="majorBidi" w:hAnsiTheme="majorBidi" w:cstheme="majorBidi"/>
          <w:sz w:val="20"/>
          <w:szCs w:val="20"/>
          <w:lang w:val="en-GB"/>
        </w:rPr>
      </w:pPr>
    </w:p>
    <w:p w14:paraId="6FAE3F6C" w14:textId="031F8D9A" w:rsidR="00926CB9" w:rsidRPr="00F5181E" w:rsidRDefault="00926CB9" w:rsidP="00B42802">
      <w:pPr>
        <w:jc w:val="both"/>
        <w:rPr>
          <w:rFonts w:asciiTheme="majorBidi" w:hAnsiTheme="majorBidi" w:cstheme="majorBidi"/>
          <w:sz w:val="28"/>
          <w:szCs w:val="28"/>
        </w:rPr>
      </w:pPr>
    </w:p>
    <w:p w14:paraId="357EB09A" w14:textId="1C4BBAE0" w:rsidR="00916FC6" w:rsidRPr="00AE17F1" w:rsidRDefault="00A64658" w:rsidP="00916FC6">
      <w:pPr>
        <w:jc w:val="center"/>
        <w:rPr>
          <w:rFonts w:asciiTheme="majorBidi" w:hAnsiTheme="majorBidi" w:cstheme="majorBidi"/>
          <w:b/>
          <w:bCs/>
          <w:sz w:val="24"/>
          <w:szCs w:val="24"/>
        </w:rPr>
      </w:pPr>
      <w:r w:rsidRPr="00AE17F1">
        <w:rPr>
          <w:rFonts w:asciiTheme="majorBidi" w:hAnsiTheme="majorBidi" w:cstheme="majorBidi"/>
          <w:b/>
          <w:bCs/>
          <w:sz w:val="24"/>
          <w:szCs w:val="24"/>
        </w:rPr>
        <w:lastRenderedPageBreak/>
        <w:t>R</w:t>
      </w:r>
      <w:r>
        <w:rPr>
          <w:rFonts w:asciiTheme="majorBidi" w:hAnsiTheme="majorBidi" w:cstheme="majorBidi"/>
          <w:b/>
          <w:bCs/>
          <w:sz w:val="24"/>
          <w:szCs w:val="24"/>
        </w:rPr>
        <w:t>ESULTS</w:t>
      </w:r>
      <w:r w:rsidRPr="00AE17F1">
        <w:rPr>
          <w:rFonts w:asciiTheme="majorBidi" w:hAnsiTheme="majorBidi" w:cstheme="majorBidi"/>
          <w:b/>
          <w:bCs/>
          <w:sz w:val="24"/>
          <w:szCs w:val="24"/>
        </w:rPr>
        <w:t xml:space="preserve"> AND </w:t>
      </w:r>
      <w:r>
        <w:rPr>
          <w:rFonts w:asciiTheme="majorBidi" w:hAnsiTheme="majorBidi" w:cstheme="majorBidi"/>
          <w:b/>
          <w:bCs/>
          <w:sz w:val="24"/>
          <w:szCs w:val="24"/>
        </w:rPr>
        <w:t>DISCUSSIONS</w:t>
      </w:r>
    </w:p>
    <w:p w14:paraId="05376CCC" w14:textId="1DAB07DC" w:rsidR="00BB5424" w:rsidRPr="00916FC6" w:rsidRDefault="007A5758" w:rsidP="001B35B6">
      <w:pPr>
        <w:jc w:val="both"/>
        <w:rPr>
          <w:rFonts w:asciiTheme="majorBidi" w:hAnsiTheme="majorBidi" w:cstheme="majorBidi"/>
          <w:sz w:val="20"/>
          <w:szCs w:val="20"/>
        </w:rPr>
      </w:pPr>
      <w:r w:rsidRPr="00916FC6">
        <w:rPr>
          <w:rFonts w:asciiTheme="majorBidi" w:hAnsiTheme="majorBidi" w:cstheme="majorBidi"/>
          <w:sz w:val="20"/>
          <w:szCs w:val="20"/>
        </w:rPr>
        <w:t xml:space="preserve">   </w:t>
      </w:r>
      <w:r w:rsidR="00BB5424" w:rsidRPr="00916FC6">
        <w:rPr>
          <w:rFonts w:asciiTheme="majorBidi" w:hAnsiTheme="majorBidi" w:cstheme="majorBidi"/>
          <w:sz w:val="20"/>
          <w:szCs w:val="20"/>
        </w:rPr>
        <w:t xml:space="preserve">After the thin films were successfully prepared, the samples underwent a series of precise structural and morphological characterizations to investigate their crystalline structure and surface topography, aiming to understand the influence of indium substitution ratios on crystal growth and surface uniformity. X-ray diffraction (XRD) analysis was carried out using a Cu Kα radiation source (λ = 1.5406 Å) to identify the formed crystalline phases and to study the structural characteristics of the deposited films. The diffraction patterns were recorded within the angular range of 2θ = 10°–80° at a slow scan rate to enhance peak resolution. The obtained data were used to calculate the lattice parameters (a, b, c) and the c/a ratio, as well as to determine the average crystallite size (D) according to the Scherrer equation </w:t>
      </w:r>
      <m:oMath>
        <m:r>
          <w:rPr>
            <w:rFonts w:ascii="Cambria Math" w:hAnsi="Cambria Math" w:cstheme="majorBidi"/>
            <w:sz w:val="20"/>
            <w:szCs w:val="20"/>
          </w:rPr>
          <m:t>D=</m:t>
        </m:r>
        <m:f>
          <m:fPr>
            <m:ctrlPr>
              <w:rPr>
                <w:rFonts w:ascii="Cambria Math" w:hAnsi="Cambria Math" w:cstheme="majorBidi"/>
                <w:sz w:val="20"/>
                <w:szCs w:val="20"/>
              </w:rPr>
            </m:ctrlPr>
          </m:fPr>
          <m:num>
            <m:r>
              <w:rPr>
                <w:rFonts w:ascii="Cambria Math" w:hAnsi="Cambria Math" w:cstheme="majorBidi"/>
                <w:sz w:val="20"/>
                <w:szCs w:val="20"/>
              </w:rPr>
              <m:t>Kλ</m:t>
            </m:r>
          </m:num>
          <m:den>
            <m:r>
              <w:rPr>
                <w:rFonts w:ascii="Cambria Math" w:hAnsi="Cambria Math" w:cstheme="majorBidi"/>
                <w:sz w:val="20"/>
                <w:szCs w:val="20"/>
              </w:rPr>
              <m:t>β</m:t>
            </m:r>
            <m:r>
              <m:rPr>
                <m:sty m:val="p"/>
              </m:rPr>
              <w:rPr>
                <w:rFonts w:ascii="Cambria Math" w:hAnsi="Cambria Math" w:cstheme="majorBidi"/>
                <w:sz w:val="20"/>
                <w:szCs w:val="20"/>
              </w:rPr>
              <m:t>cos</m:t>
            </m:r>
            <m:r>
              <w:rPr>
                <w:rFonts w:ascii="Cambria Math" w:hAnsi="Cambria Math" w:cstheme="majorBidi"/>
                <w:sz w:val="20"/>
                <w:szCs w:val="20"/>
              </w:rPr>
              <m:t>⁡θ</m:t>
            </m:r>
          </m:den>
        </m:f>
      </m:oMath>
      <w:r w:rsidR="00BB5424" w:rsidRPr="00916FC6">
        <w:rPr>
          <w:rFonts w:asciiTheme="majorBidi" w:hAnsiTheme="majorBidi" w:cstheme="majorBidi"/>
          <w:sz w:val="20"/>
          <w:szCs w:val="20"/>
        </w:rPr>
        <w:t xml:space="preserve">, where </w:t>
      </w:r>
      <w:r w:rsidR="00BB5424" w:rsidRPr="00916FC6">
        <w:rPr>
          <w:rFonts w:asciiTheme="majorBidi" w:hAnsiTheme="majorBidi" w:cstheme="majorBidi"/>
          <w:i/>
          <w:iCs/>
          <w:sz w:val="20"/>
          <w:szCs w:val="20"/>
        </w:rPr>
        <w:t>K</w:t>
      </w:r>
      <w:r w:rsidR="00BB5424" w:rsidRPr="00916FC6">
        <w:rPr>
          <w:rFonts w:asciiTheme="majorBidi" w:hAnsiTheme="majorBidi" w:cstheme="majorBidi"/>
          <w:sz w:val="20"/>
          <w:szCs w:val="20"/>
        </w:rPr>
        <w:t xml:space="preserve"> is the shape factor (≈0.9), </w:t>
      </w:r>
      <w:r w:rsidR="00BB5424" w:rsidRPr="00916FC6">
        <w:rPr>
          <w:rFonts w:asciiTheme="majorBidi" w:hAnsiTheme="majorBidi" w:cstheme="majorBidi"/>
          <w:i/>
          <w:iCs/>
          <w:sz w:val="20"/>
          <w:szCs w:val="20"/>
        </w:rPr>
        <w:t>λ</w:t>
      </w:r>
      <w:r w:rsidR="00BB5424" w:rsidRPr="00916FC6">
        <w:rPr>
          <w:rFonts w:asciiTheme="majorBidi" w:hAnsiTheme="majorBidi" w:cstheme="majorBidi"/>
          <w:sz w:val="20"/>
          <w:szCs w:val="20"/>
        </w:rPr>
        <w:t xml:space="preserve"> is the X-ray wavelength, </w:t>
      </w:r>
      <w:r w:rsidR="00BB5424" w:rsidRPr="00916FC6">
        <w:rPr>
          <w:rFonts w:asciiTheme="majorBidi" w:hAnsiTheme="majorBidi" w:cstheme="majorBidi"/>
          <w:i/>
          <w:iCs/>
          <w:sz w:val="20"/>
          <w:szCs w:val="20"/>
        </w:rPr>
        <w:t>β</w:t>
      </w:r>
      <w:r w:rsidR="00BB5424" w:rsidRPr="00916FC6">
        <w:rPr>
          <w:rFonts w:asciiTheme="majorBidi" w:hAnsiTheme="majorBidi" w:cstheme="majorBidi"/>
          <w:sz w:val="20"/>
          <w:szCs w:val="20"/>
        </w:rPr>
        <w:t xml:space="preserve"> is the full width at half maximum (FWHM) of the diffraction peak, and </w:t>
      </w:r>
      <w:r w:rsidR="00BB5424" w:rsidRPr="00916FC6">
        <w:rPr>
          <w:rFonts w:asciiTheme="majorBidi" w:hAnsiTheme="majorBidi" w:cstheme="majorBidi"/>
          <w:i/>
          <w:iCs/>
          <w:sz w:val="20"/>
          <w:szCs w:val="20"/>
        </w:rPr>
        <w:t>θ</w:t>
      </w:r>
      <w:r w:rsidR="00BB5424" w:rsidRPr="00916FC6">
        <w:rPr>
          <w:rFonts w:asciiTheme="majorBidi" w:hAnsiTheme="majorBidi" w:cstheme="majorBidi"/>
          <w:sz w:val="20"/>
          <w:szCs w:val="20"/>
        </w:rPr>
        <w:t xml:space="preserve"> is the Bragg angle. The Miller indices (</w:t>
      </w:r>
      <w:proofErr w:type="spellStart"/>
      <w:r w:rsidR="00BB5424" w:rsidRPr="00916FC6">
        <w:rPr>
          <w:rFonts w:asciiTheme="majorBidi" w:hAnsiTheme="majorBidi" w:cstheme="majorBidi"/>
          <w:sz w:val="20"/>
          <w:szCs w:val="20"/>
        </w:rPr>
        <w:t>hkl</w:t>
      </w:r>
      <w:proofErr w:type="spellEnd"/>
      <w:r w:rsidR="00BB5424" w:rsidRPr="00916FC6">
        <w:rPr>
          <w:rFonts w:asciiTheme="majorBidi" w:hAnsiTheme="majorBidi" w:cstheme="majorBidi"/>
          <w:sz w:val="20"/>
          <w:szCs w:val="20"/>
        </w:rPr>
        <w:t>) of the main reflections were identified by comparison with the standard JCPDS reference cards corresponding to mercury-based superconduc</w:t>
      </w:r>
      <w:r w:rsidR="00EF6AC4" w:rsidRPr="00916FC6">
        <w:rPr>
          <w:rFonts w:asciiTheme="majorBidi" w:hAnsiTheme="majorBidi" w:cstheme="majorBidi"/>
          <w:sz w:val="20"/>
          <w:szCs w:val="20"/>
        </w:rPr>
        <w:t>ting phases of the Hg-1212 type</w:t>
      </w:r>
      <w:r w:rsidR="00916FC6">
        <w:rPr>
          <w:rFonts w:asciiTheme="majorBidi" w:hAnsiTheme="majorBidi" w:cstheme="majorBidi"/>
          <w:sz w:val="20"/>
          <w:szCs w:val="20"/>
        </w:rPr>
        <w:t xml:space="preserve"> </w:t>
      </w:r>
      <w:r w:rsidR="00EF6AC4" w:rsidRPr="00916FC6">
        <w:rPr>
          <w:rFonts w:asciiTheme="majorBidi" w:hAnsiTheme="majorBidi" w:cstheme="majorBidi"/>
          <w:sz w:val="20"/>
          <w:szCs w:val="20"/>
        </w:rPr>
        <w:t>[12</w:t>
      </w:r>
      <w:proofErr w:type="gramStart"/>
      <w:r w:rsidR="00EF6AC4" w:rsidRPr="00916FC6">
        <w:rPr>
          <w:rFonts w:asciiTheme="majorBidi" w:hAnsiTheme="majorBidi" w:cstheme="majorBidi"/>
          <w:sz w:val="20"/>
          <w:szCs w:val="20"/>
        </w:rPr>
        <w:t>].</w:t>
      </w:r>
      <w:r w:rsidR="00BB5424" w:rsidRPr="00916FC6">
        <w:rPr>
          <w:rFonts w:asciiTheme="majorBidi" w:hAnsiTheme="majorBidi" w:cstheme="majorBidi"/>
          <w:sz w:val="20"/>
          <w:szCs w:val="20"/>
        </w:rPr>
        <w:t>To</w:t>
      </w:r>
      <w:proofErr w:type="gramEnd"/>
      <w:r w:rsidR="00BB5424" w:rsidRPr="00916FC6">
        <w:rPr>
          <w:rFonts w:asciiTheme="majorBidi" w:hAnsiTheme="majorBidi" w:cstheme="majorBidi"/>
          <w:sz w:val="20"/>
          <w:szCs w:val="20"/>
        </w:rPr>
        <w:t xml:space="preserve"> complement the structural findings, the surface morphology and grain structure of the thin films were examined using field-emission scanning electron microscopy (FESEM). Micrographs captured at various magnifications (ranging from 4,000× to 120,000×) revealed the evolution of the grain distribution, surface density, and overall homogeneity with increasing indium substitution. The analysis provided clear evidence of the relationship between surface texture and crystal growth behavior, showing variations in grain connectivity and compactness that reflect the influence of indium content on the film formation process</w:t>
      </w:r>
      <w:r w:rsidR="006D2D79">
        <w:rPr>
          <w:rFonts w:asciiTheme="majorBidi" w:hAnsiTheme="majorBidi" w:cstheme="majorBidi"/>
          <w:sz w:val="20"/>
          <w:szCs w:val="20"/>
        </w:rPr>
        <w:t xml:space="preserve"> [12]</w:t>
      </w:r>
      <w:r w:rsidR="00BB5424" w:rsidRPr="00916FC6">
        <w:rPr>
          <w:rFonts w:asciiTheme="majorBidi" w:hAnsiTheme="majorBidi" w:cstheme="majorBidi"/>
          <w:sz w:val="20"/>
          <w:szCs w:val="20"/>
        </w:rPr>
        <w:t>.</w:t>
      </w:r>
    </w:p>
    <w:p w14:paraId="5145B4D8" w14:textId="66BF7991" w:rsidR="00770CD3" w:rsidRPr="001B35B6" w:rsidRDefault="00AD21B1" w:rsidP="00895D46">
      <w:pPr>
        <w:spacing w:after="0"/>
        <w:jc w:val="center"/>
        <w:rPr>
          <w:rFonts w:asciiTheme="majorBidi" w:hAnsiTheme="majorBidi" w:cstheme="majorBidi"/>
          <w:sz w:val="18"/>
          <w:szCs w:val="18"/>
          <w:rtl/>
          <w:lang w:bidi="ar-IQ"/>
        </w:rPr>
      </w:pPr>
      <w:r w:rsidRPr="001B35B6">
        <w:rPr>
          <w:rFonts w:asciiTheme="majorBidi" w:hAnsiTheme="majorBidi" w:cstheme="majorBidi"/>
          <w:b/>
          <w:bCs/>
          <w:sz w:val="18"/>
          <w:szCs w:val="18"/>
          <w:lang w:bidi="ar-IQ"/>
        </w:rPr>
        <w:t>TABLE 1</w:t>
      </w:r>
      <w:r>
        <w:rPr>
          <w:rFonts w:asciiTheme="majorBidi" w:hAnsiTheme="majorBidi" w:cstheme="majorBidi"/>
          <w:b/>
          <w:bCs/>
          <w:sz w:val="18"/>
          <w:szCs w:val="18"/>
          <w:lang w:bidi="ar-IQ"/>
        </w:rPr>
        <w:t>.</w:t>
      </w:r>
      <w:r w:rsidR="00916FC6" w:rsidRPr="001B35B6">
        <w:rPr>
          <w:rFonts w:asciiTheme="majorBidi" w:hAnsiTheme="majorBidi" w:cstheme="majorBidi"/>
          <w:b/>
          <w:bCs/>
          <w:sz w:val="18"/>
          <w:szCs w:val="18"/>
          <w:lang w:bidi="ar-IQ"/>
        </w:rPr>
        <w:t xml:space="preserve"> </w:t>
      </w:r>
      <w:r>
        <w:rPr>
          <w:rFonts w:asciiTheme="majorBidi" w:hAnsiTheme="majorBidi" w:cstheme="majorBidi"/>
          <w:sz w:val="18"/>
          <w:szCs w:val="18"/>
          <w:lang w:bidi="ar-IQ"/>
        </w:rPr>
        <w:t>S</w:t>
      </w:r>
      <w:r w:rsidR="00B42802" w:rsidRPr="001B35B6">
        <w:rPr>
          <w:rFonts w:asciiTheme="majorBidi" w:hAnsiTheme="majorBidi" w:cstheme="majorBidi"/>
          <w:sz w:val="18"/>
          <w:szCs w:val="18"/>
          <w:lang w:bidi="ar-IQ"/>
        </w:rPr>
        <w:t>hows the phase ratios, lattice parameters, and (c/a) ratio</w:t>
      </w:r>
    </w:p>
    <w:tbl>
      <w:tblPr>
        <w:tblStyle w:val="TableGrid"/>
        <w:bidiVisual/>
        <w:tblW w:w="0" w:type="auto"/>
        <w:jc w:val="center"/>
        <w:tblLook w:val="04A0" w:firstRow="1" w:lastRow="0" w:firstColumn="1" w:lastColumn="0" w:noHBand="0" w:noVBand="1"/>
      </w:tblPr>
      <w:tblGrid>
        <w:gridCol w:w="1428"/>
        <w:gridCol w:w="1037"/>
        <w:gridCol w:w="1052"/>
        <w:gridCol w:w="1132"/>
        <w:gridCol w:w="1126"/>
        <w:gridCol w:w="1018"/>
        <w:gridCol w:w="718"/>
      </w:tblGrid>
      <w:tr w:rsidR="00B42802" w:rsidRPr="001B35B6" w14:paraId="3AEB1F75" w14:textId="77777777" w:rsidTr="00D01600">
        <w:trPr>
          <w:jc w:val="center"/>
        </w:trPr>
        <w:tc>
          <w:tcPr>
            <w:tcW w:w="1428" w:type="dxa"/>
          </w:tcPr>
          <w:p w14:paraId="448AD1DF" w14:textId="6FD68ACB" w:rsidR="00B42802" w:rsidRPr="00D01600" w:rsidRDefault="00B42802" w:rsidP="001B35B6">
            <w:pPr>
              <w:jc w:val="center"/>
              <w:rPr>
                <w:rFonts w:asciiTheme="majorBidi" w:hAnsiTheme="majorBidi" w:cstheme="majorBidi"/>
                <w:b/>
                <w:bCs/>
                <w:sz w:val="20"/>
                <w:szCs w:val="20"/>
                <w:rtl/>
                <w:lang w:bidi="ar-IQ"/>
              </w:rPr>
            </w:pPr>
            <w:r w:rsidRPr="00D01600">
              <w:rPr>
                <w:rFonts w:asciiTheme="majorBidi" w:hAnsiTheme="majorBidi" w:cstheme="majorBidi"/>
                <w:b/>
                <w:bCs/>
                <w:sz w:val="20"/>
                <w:szCs w:val="20"/>
                <w:lang w:bidi="ar-IQ"/>
              </w:rPr>
              <w:t>Dm</w:t>
            </w:r>
            <w:r w:rsidR="00D01600">
              <w:rPr>
                <w:rFonts w:asciiTheme="majorBidi" w:hAnsiTheme="majorBidi" w:cstheme="majorBidi"/>
                <w:b/>
                <w:bCs/>
                <w:sz w:val="20"/>
                <w:szCs w:val="20"/>
                <w:lang w:bidi="ar-IQ"/>
              </w:rPr>
              <w:t xml:space="preserve"> </w:t>
            </w:r>
            <w:r w:rsidRPr="00D01600">
              <w:rPr>
                <w:rFonts w:asciiTheme="majorBidi" w:hAnsiTheme="majorBidi" w:cstheme="majorBidi"/>
                <w:b/>
                <w:bCs/>
                <w:sz w:val="20"/>
                <w:szCs w:val="20"/>
                <w:lang w:bidi="ar-IQ"/>
              </w:rPr>
              <w:t>(gm/cm</w:t>
            </w:r>
            <w:r w:rsidRPr="00D01600">
              <w:rPr>
                <w:rFonts w:asciiTheme="majorBidi" w:hAnsiTheme="majorBidi" w:cstheme="majorBidi"/>
                <w:b/>
                <w:bCs/>
                <w:sz w:val="20"/>
                <w:szCs w:val="20"/>
                <w:vertAlign w:val="superscript"/>
                <w:lang w:bidi="ar-IQ"/>
              </w:rPr>
              <w:t>3</w:t>
            </w:r>
            <w:r w:rsidRPr="00D01600">
              <w:rPr>
                <w:rFonts w:asciiTheme="majorBidi" w:hAnsiTheme="majorBidi" w:cstheme="majorBidi"/>
                <w:b/>
                <w:bCs/>
                <w:sz w:val="20"/>
                <w:szCs w:val="20"/>
                <w:lang w:bidi="ar-IQ"/>
              </w:rPr>
              <w:t>)</w:t>
            </w:r>
          </w:p>
        </w:tc>
        <w:tc>
          <w:tcPr>
            <w:tcW w:w="1037" w:type="dxa"/>
          </w:tcPr>
          <w:p w14:paraId="1CA21EE5" w14:textId="6FF5EB72" w:rsidR="00B42802" w:rsidRPr="00D01600" w:rsidRDefault="00B42802" w:rsidP="001B35B6">
            <w:pPr>
              <w:jc w:val="center"/>
              <w:rPr>
                <w:rFonts w:asciiTheme="majorBidi" w:hAnsiTheme="majorBidi" w:cstheme="majorBidi"/>
                <w:b/>
                <w:bCs/>
                <w:sz w:val="20"/>
                <w:szCs w:val="20"/>
                <w:rtl/>
                <w:lang w:bidi="ar-IQ"/>
              </w:rPr>
            </w:pPr>
            <w:r w:rsidRPr="00D01600">
              <w:rPr>
                <w:rFonts w:asciiTheme="majorBidi" w:hAnsiTheme="majorBidi" w:cstheme="majorBidi"/>
                <w:b/>
                <w:bCs/>
                <w:sz w:val="20"/>
                <w:szCs w:val="20"/>
                <w:lang w:bidi="ar-IQ"/>
              </w:rPr>
              <w:t>V</w:t>
            </w:r>
            <w:r w:rsidR="00D01600">
              <w:rPr>
                <w:rFonts w:asciiTheme="majorBidi" w:hAnsiTheme="majorBidi" w:cstheme="majorBidi"/>
                <w:b/>
                <w:bCs/>
                <w:sz w:val="20"/>
                <w:szCs w:val="20"/>
                <w:lang w:bidi="ar-IQ"/>
              </w:rPr>
              <w:t xml:space="preserve"> </w:t>
            </w:r>
            <w:r w:rsidRPr="00D01600">
              <w:rPr>
                <w:rFonts w:asciiTheme="majorBidi" w:hAnsiTheme="majorBidi" w:cstheme="majorBidi"/>
                <w:b/>
                <w:bCs/>
                <w:sz w:val="20"/>
                <w:szCs w:val="20"/>
                <w:lang w:bidi="ar-IQ"/>
              </w:rPr>
              <w:t>(A)</w:t>
            </w:r>
            <w:r w:rsidRPr="00D01600">
              <w:rPr>
                <w:rFonts w:asciiTheme="majorBidi" w:hAnsiTheme="majorBidi" w:cstheme="majorBidi"/>
                <w:b/>
                <w:bCs/>
                <w:sz w:val="20"/>
                <w:szCs w:val="20"/>
                <w:vertAlign w:val="superscript"/>
                <w:lang w:bidi="ar-IQ"/>
              </w:rPr>
              <w:t>3</w:t>
            </w:r>
          </w:p>
        </w:tc>
        <w:tc>
          <w:tcPr>
            <w:tcW w:w="1052" w:type="dxa"/>
          </w:tcPr>
          <w:p w14:paraId="12880A97" w14:textId="420D0242" w:rsidR="00B42802" w:rsidRPr="00D01600" w:rsidRDefault="00E32DEF" w:rsidP="001B35B6">
            <w:pPr>
              <w:jc w:val="center"/>
              <w:rPr>
                <w:rFonts w:asciiTheme="majorBidi" w:hAnsiTheme="majorBidi" w:cstheme="majorBidi"/>
                <w:b/>
                <w:bCs/>
                <w:sz w:val="20"/>
                <w:szCs w:val="20"/>
                <w:rtl/>
                <w:lang w:bidi="ar-IQ"/>
              </w:rPr>
            </w:pPr>
            <w:r w:rsidRPr="00D01600">
              <w:rPr>
                <w:rFonts w:asciiTheme="majorBidi" w:hAnsiTheme="majorBidi" w:cstheme="majorBidi"/>
                <w:b/>
                <w:bCs/>
                <w:sz w:val="20"/>
                <w:szCs w:val="20"/>
                <w:lang w:bidi="ar-IQ"/>
              </w:rPr>
              <w:t>c</w:t>
            </w:r>
            <w:r w:rsidR="00B42802" w:rsidRPr="00D01600">
              <w:rPr>
                <w:rFonts w:asciiTheme="majorBidi" w:hAnsiTheme="majorBidi" w:cstheme="majorBidi"/>
                <w:b/>
                <w:bCs/>
                <w:sz w:val="20"/>
                <w:szCs w:val="20"/>
                <w:lang w:bidi="ar-IQ"/>
              </w:rPr>
              <w:t>/a</w:t>
            </w:r>
          </w:p>
        </w:tc>
        <w:tc>
          <w:tcPr>
            <w:tcW w:w="1132" w:type="dxa"/>
          </w:tcPr>
          <w:p w14:paraId="080AFCB4" w14:textId="055D864D" w:rsidR="00B42802" w:rsidRPr="00D01600" w:rsidRDefault="00D01600" w:rsidP="001B35B6">
            <w:pPr>
              <w:jc w:val="center"/>
              <w:rPr>
                <w:rFonts w:asciiTheme="majorBidi" w:hAnsiTheme="majorBidi" w:cstheme="majorBidi"/>
                <w:b/>
                <w:bCs/>
                <w:sz w:val="20"/>
                <w:szCs w:val="20"/>
                <w:rtl/>
                <w:lang w:bidi="ar-IQ"/>
              </w:rPr>
            </w:pPr>
            <w:r w:rsidRPr="00D01600">
              <w:rPr>
                <w:rFonts w:asciiTheme="majorBidi" w:hAnsiTheme="majorBidi" w:cstheme="majorBidi"/>
                <w:b/>
                <w:bCs/>
                <w:sz w:val="20"/>
                <w:szCs w:val="20"/>
                <w:lang w:bidi="ar-IQ"/>
              </w:rPr>
              <w:t>C</w:t>
            </w:r>
            <w:r>
              <w:rPr>
                <w:rFonts w:asciiTheme="majorBidi" w:hAnsiTheme="majorBidi" w:cstheme="majorBidi"/>
                <w:b/>
                <w:bCs/>
                <w:sz w:val="20"/>
                <w:szCs w:val="20"/>
                <w:lang w:bidi="ar-IQ"/>
              </w:rPr>
              <w:t xml:space="preserve"> </w:t>
            </w:r>
            <w:r w:rsidR="00B42802" w:rsidRPr="00D01600">
              <w:rPr>
                <w:rFonts w:asciiTheme="majorBidi" w:hAnsiTheme="majorBidi" w:cstheme="majorBidi"/>
                <w:b/>
                <w:bCs/>
                <w:sz w:val="20"/>
                <w:szCs w:val="20"/>
                <w:lang w:bidi="ar-IQ"/>
              </w:rPr>
              <w:t>(A)</w:t>
            </w:r>
          </w:p>
        </w:tc>
        <w:tc>
          <w:tcPr>
            <w:tcW w:w="1126" w:type="dxa"/>
          </w:tcPr>
          <w:p w14:paraId="288D418F" w14:textId="77777777" w:rsidR="00B42802" w:rsidRPr="00D01600" w:rsidRDefault="00B42802" w:rsidP="001B35B6">
            <w:pPr>
              <w:jc w:val="center"/>
              <w:rPr>
                <w:rFonts w:asciiTheme="majorBidi" w:hAnsiTheme="majorBidi" w:cstheme="majorBidi"/>
                <w:b/>
                <w:bCs/>
                <w:sz w:val="20"/>
                <w:szCs w:val="20"/>
                <w:lang w:bidi="ar-IQ"/>
              </w:rPr>
            </w:pPr>
            <w:r w:rsidRPr="00D01600">
              <w:rPr>
                <w:rFonts w:asciiTheme="majorBidi" w:hAnsiTheme="majorBidi" w:cstheme="majorBidi"/>
                <w:b/>
                <w:bCs/>
                <w:sz w:val="20"/>
                <w:szCs w:val="20"/>
                <w:lang w:bidi="ar-IQ"/>
              </w:rPr>
              <w:t>b (A)</w:t>
            </w:r>
          </w:p>
        </w:tc>
        <w:tc>
          <w:tcPr>
            <w:tcW w:w="1018" w:type="dxa"/>
          </w:tcPr>
          <w:p w14:paraId="4E18DF51" w14:textId="4D10782A" w:rsidR="00B42802" w:rsidRPr="00D01600" w:rsidRDefault="00B42802" w:rsidP="001B35B6">
            <w:pPr>
              <w:jc w:val="center"/>
              <w:rPr>
                <w:rFonts w:asciiTheme="majorBidi" w:hAnsiTheme="majorBidi" w:cstheme="majorBidi"/>
                <w:b/>
                <w:bCs/>
                <w:sz w:val="20"/>
                <w:szCs w:val="20"/>
                <w:rtl/>
                <w:lang w:bidi="ar-IQ"/>
              </w:rPr>
            </w:pPr>
            <w:r w:rsidRPr="00D01600">
              <w:rPr>
                <w:rFonts w:asciiTheme="majorBidi" w:hAnsiTheme="majorBidi" w:cstheme="majorBidi"/>
                <w:b/>
                <w:bCs/>
                <w:sz w:val="20"/>
                <w:szCs w:val="20"/>
                <w:lang w:bidi="ar-IQ"/>
              </w:rPr>
              <w:t>a (A)</w:t>
            </w:r>
          </w:p>
        </w:tc>
        <w:tc>
          <w:tcPr>
            <w:tcW w:w="718" w:type="dxa"/>
          </w:tcPr>
          <w:p w14:paraId="2B3C147F" w14:textId="77777777" w:rsidR="00B42802" w:rsidRPr="00D01600" w:rsidRDefault="00B42802" w:rsidP="001B35B6">
            <w:pPr>
              <w:jc w:val="center"/>
              <w:rPr>
                <w:rFonts w:asciiTheme="majorBidi" w:hAnsiTheme="majorBidi" w:cstheme="majorBidi"/>
                <w:b/>
                <w:bCs/>
                <w:sz w:val="20"/>
                <w:szCs w:val="20"/>
                <w:rtl/>
                <w:lang w:bidi="ar-IQ"/>
              </w:rPr>
            </w:pPr>
            <w:r w:rsidRPr="00D01600">
              <w:rPr>
                <w:rFonts w:asciiTheme="majorBidi" w:hAnsiTheme="majorBidi" w:cstheme="majorBidi"/>
                <w:b/>
                <w:bCs/>
                <w:sz w:val="20"/>
                <w:szCs w:val="20"/>
                <w:lang w:bidi="ar-IQ"/>
              </w:rPr>
              <w:t>X</w:t>
            </w:r>
          </w:p>
        </w:tc>
      </w:tr>
      <w:tr w:rsidR="008D1671" w:rsidRPr="001B35B6" w14:paraId="716E154A" w14:textId="77777777" w:rsidTr="00D01600">
        <w:trPr>
          <w:jc w:val="center"/>
        </w:trPr>
        <w:tc>
          <w:tcPr>
            <w:tcW w:w="1428" w:type="dxa"/>
            <w:vAlign w:val="bottom"/>
          </w:tcPr>
          <w:p w14:paraId="7116F3AC" w14:textId="41D2D8C1" w:rsidR="008D1671" w:rsidRPr="001B35B6" w:rsidRDefault="008D1671" w:rsidP="001B35B6">
            <w:pPr>
              <w:jc w:val="center"/>
              <w:rPr>
                <w:rFonts w:asciiTheme="majorBidi" w:hAnsiTheme="majorBidi" w:cstheme="majorBidi"/>
                <w:sz w:val="20"/>
                <w:szCs w:val="20"/>
                <w:rtl/>
                <w:lang w:bidi="ar-IQ"/>
              </w:rPr>
            </w:pPr>
            <w:r w:rsidRPr="001B35B6">
              <w:rPr>
                <w:rFonts w:asciiTheme="majorBidi" w:hAnsiTheme="majorBidi" w:cstheme="majorBidi"/>
                <w:color w:val="000000"/>
                <w:sz w:val="20"/>
                <w:szCs w:val="20"/>
              </w:rPr>
              <w:t>6.049574</w:t>
            </w:r>
          </w:p>
        </w:tc>
        <w:tc>
          <w:tcPr>
            <w:tcW w:w="1037" w:type="dxa"/>
            <w:vAlign w:val="bottom"/>
          </w:tcPr>
          <w:p w14:paraId="188F07D8" w14:textId="295BA613" w:rsidR="008D1671" w:rsidRPr="001B35B6" w:rsidRDefault="008D1671" w:rsidP="001B35B6">
            <w:pPr>
              <w:jc w:val="center"/>
              <w:rPr>
                <w:rFonts w:asciiTheme="majorBidi" w:hAnsiTheme="majorBidi" w:cstheme="majorBidi"/>
                <w:sz w:val="20"/>
                <w:szCs w:val="20"/>
                <w:rtl/>
                <w:lang w:bidi="ar-IQ"/>
              </w:rPr>
            </w:pPr>
            <w:r w:rsidRPr="001B35B6">
              <w:rPr>
                <w:rFonts w:asciiTheme="majorBidi" w:hAnsiTheme="majorBidi" w:cstheme="majorBidi"/>
                <w:color w:val="000000"/>
                <w:sz w:val="20"/>
                <w:szCs w:val="20"/>
              </w:rPr>
              <w:t>239.8535</w:t>
            </w:r>
          </w:p>
        </w:tc>
        <w:tc>
          <w:tcPr>
            <w:tcW w:w="1052" w:type="dxa"/>
          </w:tcPr>
          <w:p w14:paraId="422CB4C6" w14:textId="77777777" w:rsidR="008D1671" w:rsidRPr="001B35B6" w:rsidRDefault="008D1671" w:rsidP="001B35B6">
            <w:pPr>
              <w:jc w:val="center"/>
              <w:rPr>
                <w:rFonts w:asciiTheme="majorBidi" w:hAnsiTheme="majorBidi" w:cstheme="majorBidi"/>
                <w:color w:val="000000"/>
                <w:sz w:val="20"/>
                <w:szCs w:val="20"/>
                <w:rtl/>
              </w:rPr>
            </w:pPr>
            <w:r w:rsidRPr="001B35B6">
              <w:rPr>
                <w:rFonts w:asciiTheme="majorBidi" w:hAnsiTheme="majorBidi" w:cstheme="majorBidi"/>
                <w:color w:val="000000"/>
                <w:sz w:val="20"/>
                <w:szCs w:val="20"/>
              </w:rPr>
              <w:t>4.27608</w:t>
            </w:r>
          </w:p>
        </w:tc>
        <w:tc>
          <w:tcPr>
            <w:tcW w:w="1132" w:type="dxa"/>
          </w:tcPr>
          <w:p w14:paraId="481FD876" w14:textId="77777777" w:rsidR="008D1671" w:rsidRPr="001B35B6" w:rsidRDefault="008D1671" w:rsidP="001B35B6">
            <w:pPr>
              <w:jc w:val="center"/>
              <w:rPr>
                <w:rFonts w:asciiTheme="majorBidi" w:hAnsiTheme="majorBidi" w:cstheme="majorBidi"/>
                <w:color w:val="000000"/>
                <w:sz w:val="20"/>
                <w:szCs w:val="20"/>
                <w:rtl/>
              </w:rPr>
            </w:pPr>
            <w:r w:rsidRPr="001B35B6">
              <w:rPr>
                <w:rFonts w:asciiTheme="majorBidi" w:hAnsiTheme="majorBidi" w:cstheme="majorBidi"/>
                <w:color w:val="000000"/>
                <w:sz w:val="20"/>
                <w:szCs w:val="20"/>
              </w:rPr>
              <w:t>16.36864</w:t>
            </w:r>
          </w:p>
        </w:tc>
        <w:tc>
          <w:tcPr>
            <w:tcW w:w="1126" w:type="dxa"/>
          </w:tcPr>
          <w:p w14:paraId="08BFFA1E" w14:textId="27B72174" w:rsidR="008D1671" w:rsidRPr="001B35B6" w:rsidRDefault="008D1671" w:rsidP="001B35B6">
            <w:pPr>
              <w:jc w:val="center"/>
              <w:rPr>
                <w:rFonts w:asciiTheme="majorBidi" w:hAnsiTheme="majorBidi" w:cstheme="majorBidi"/>
                <w:sz w:val="20"/>
                <w:szCs w:val="20"/>
                <w:lang w:bidi="ar-IQ"/>
              </w:rPr>
            </w:pPr>
            <w:r w:rsidRPr="001B35B6">
              <w:rPr>
                <w:rFonts w:asciiTheme="majorBidi" w:hAnsiTheme="majorBidi" w:cstheme="majorBidi"/>
                <w:color w:val="000000"/>
                <w:sz w:val="20"/>
                <w:szCs w:val="20"/>
              </w:rPr>
              <w:t>3.827954</w:t>
            </w:r>
          </w:p>
        </w:tc>
        <w:tc>
          <w:tcPr>
            <w:tcW w:w="1018" w:type="dxa"/>
          </w:tcPr>
          <w:p w14:paraId="47EAFCCE" w14:textId="77777777" w:rsidR="008D1671" w:rsidRPr="001B35B6" w:rsidRDefault="008D1671" w:rsidP="001B35B6">
            <w:pPr>
              <w:jc w:val="center"/>
              <w:rPr>
                <w:rFonts w:asciiTheme="majorBidi" w:hAnsiTheme="majorBidi" w:cstheme="majorBidi"/>
                <w:color w:val="000000"/>
                <w:sz w:val="20"/>
                <w:szCs w:val="20"/>
                <w:rtl/>
              </w:rPr>
            </w:pPr>
            <w:r w:rsidRPr="001B35B6">
              <w:rPr>
                <w:rFonts w:asciiTheme="majorBidi" w:hAnsiTheme="majorBidi" w:cstheme="majorBidi"/>
                <w:color w:val="000000"/>
                <w:sz w:val="20"/>
                <w:szCs w:val="20"/>
              </w:rPr>
              <w:t>3.827954</w:t>
            </w:r>
          </w:p>
        </w:tc>
        <w:tc>
          <w:tcPr>
            <w:tcW w:w="718" w:type="dxa"/>
          </w:tcPr>
          <w:p w14:paraId="1CF1559C" w14:textId="77777777" w:rsidR="008D1671" w:rsidRPr="001B35B6" w:rsidRDefault="008D1671" w:rsidP="001B35B6">
            <w:pPr>
              <w:jc w:val="center"/>
              <w:rPr>
                <w:rFonts w:asciiTheme="majorBidi" w:hAnsiTheme="majorBidi" w:cstheme="majorBidi"/>
                <w:sz w:val="20"/>
                <w:szCs w:val="20"/>
                <w:rtl/>
                <w:lang w:bidi="ar-IQ"/>
              </w:rPr>
            </w:pPr>
            <w:r w:rsidRPr="001B35B6">
              <w:rPr>
                <w:rFonts w:asciiTheme="majorBidi" w:hAnsiTheme="majorBidi" w:cstheme="majorBidi"/>
                <w:sz w:val="20"/>
                <w:szCs w:val="20"/>
                <w:lang w:bidi="ar-IQ"/>
              </w:rPr>
              <w:t>0</w:t>
            </w:r>
          </w:p>
        </w:tc>
      </w:tr>
      <w:tr w:rsidR="008D1671" w:rsidRPr="001B35B6" w14:paraId="17E4ED1C" w14:textId="77777777" w:rsidTr="00D01600">
        <w:trPr>
          <w:jc w:val="center"/>
        </w:trPr>
        <w:tc>
          <w:tcPr>
            <w:tcW w:w="1428" w:type="dxa"/>
            <w:vAlign w:val="bottom"/>
          </w:tcPr>
          <w:p w14:paraId="048088E2" w14:textId="50D22E11" w:rsidR="008D1671" w:rsidRPr="001B35B6" w:rsidRDefault="008D1671" w:rsidP="001B35B6">
            <w:pPr>
              <w:jc w:val="center"/>
              <w:rPr>
                <w:rFonts w:asciiTheme="majorBidi" w:hAnsiTheme="majorBidi" w:cstheme="majorBidi"/>
                <w:sz w:val="20"/>
                <w:szCs w:val="20"/>
                <w:rtl/>
                <w:lang w:bidi="ar-IQ"/>
              </w:rPr>
            </w:pPr>
            <w:r w:rsidRPr="001B35B6">
              <w:rPr>
                <w:rFonts w:asciiTheme="majorBidi" w:hAnsiTheme="majorBidi" w:cstheme="majorBidi"/>
                <w:color w:val="000000"/>
                <w:sz w:val="20"/>
                <w:szCs w:val="20"/>
              </w:rPr>
              <w:t>7.063505</w:t>
            </w:r>
          </w:p>
        </w:tc>
        <w:tc>
          <w:tcPr>
            <w:tcW w:w="1037" w:type="dxa"/>
            <w:vAlign w:val="bottom"/>
          </w:tcPr>
          <w:p w14:paraId="520FFC33" w14:textId="3BFEF37B" w:rsidR="008D1671" w:rsidRPr="001B35B6" w:rsidRDefault="008D1671" w:rsidP="001B35B6">
            <w:pPr>
              <w:jc w:val="center"/>
              <w:rPr>
                <w:rFonts w:asciiTheme="majorBidi" w:hAnsiTheme="majorBidi" w:cstheme="majorBidi"/>
                <w:sz w:val="20"/>
                <w:szCs w:val="20"/>
                <w:rtl/>
                <w:lang w:bidi="ar-IQ"/>
              </w:rPr>
            </w:pPr>
            <w:r w:rsidRPr="001B35B6">
              <w:rPr>
                <w:rFonts w:asciiTheme="majorBidi" w:hAnsiTheme="majorBidi" w:cstheme="majorBidi"/>
                <w:color w:val="000000"/>
                <w:sz w:val="20"/>
                <w:szCs w:val="20"/>
              </w:rPr>
              <w:t>204.6926</w:t>
            </w:r>
          </w:p>
        </w:tc>
        <w:tc>
          <w:tcPr>
            <w:tcW w:w="1052" w:type="dxa"/>
          </w:tcPr>
          <w:p w14:paraId="4A4B0FE9" w14:textId="77777777" w:rsidR="008D1671" w:rsidRPr="001B35B6" w:rsidRDefault="008D1671" w:rsidP="001B35B6">
            <w:pPr>
              <w:jc w:val="center"/>
              <w:rPr>
                <w:rFonts w:asciiTheme="majorBidi" w:hAnsiTheme="majorBidi" w:cstheme="majorBidi"/>
                <w:color w:val="000000"/>
                <w:sz w:val="20"/>
                <w:szCs w:val="20"/>
                <w:rtl/>
              </w:rPr>
            </w:pPr>
            <w:r w:rsidRPr="001B35B6">
              <w:rPr>
                <w:rFonts w:asciiTheme="majorBidi" w:hAnsiTheme="majorBidi" w:cstheme="majorBidi"/>
                <w:color w:val="000000"/>
                <w:sz w:val="20"/>
                <w:szCs w:val="20"/>
              </w:rPr>
              <w:t>3.87449</w:t>
            </w:r>
          </w:p>
        </w:tc>
        <w:tc>
          <w:tcPr>
            <w:tcW w:w="1132" w:type="dxa"/>
          </w:tcPr>
          <w:p w14:paraId="3CAE4040" w14:textId="77777777" w:rsidR="008D1671" w:rsidRPr="001B35B6" w:rsidRDefault="008D1671" w:rsidP="001B35B6">
            <w:pPr>
              <w:jc w:val="center"/>
              <w:rPr>
                <w:rFonts w:asciiTheme="majorBidi" w:hAnsiTheme="majorBidi" w:cstheme="majorBidi"/>
                <w:color w:val="000000"/>
                <w:sz w:val="20"/>
                <w:szCs w:val="20"/>
                <w:rtl/>
              </w:rPr>
            </w:pPr>
            <w:r w:rsidRPr="001B35B6">
              <w:rPr>
                <w:rFonts w:asciiTheme="majorBidi" w:hAnsiTheme="majorBidi" w:cstheme="majorBidi"/>
                <w:color w:val="000000"/>
                <w:sz w:val="20"/>
                <w:szCs w:val="20"/>
              </w:rPr>
              <w:t>14.53819</w:t>
            </w:r>
          </w:p>
        </w:tc>
        <w:tc>
          <w:tcPr>
            <w:tcW w:w="1126" w:type="dxa"/>
          </w:tcPr>
          <w:p w14:paraId="03E3B297" w14:textId="7461F570" w:rsidR="008D1671" w:rsidRPr="001B35B6" w:rsidRDefault="008D1671" w:rsidP="001B35B6">
            <w:pPr>
              <w:jc w:val="center"/>
              <w:rPr>
                <w:rFonts w:asciiTheme="majorBidi" w:hAnsiTheme="majorBidi" w:cstheme="majorBidi"/>
                <w:color w:val="000000"/>
                <w:sz w:val="20"/>
                <w:szCs w:val="20"/>
                <w:rtl/>
              </w:rPr>
            </w:pPr>
            <w:r w:rsidRPr="001B35B6">
              <w:rPr>
                <w:rFonts w:asciiTheme="majorBidi" w:hAnsiTheme="majorBidi" w:cstheme="majorBidi"/>
                <w:color w:val="000000"/>
                <w:sz w:val="20"/>
                <w:szCs w:val="20"/>
              </w:rPr>
              <w:t>3.752286</w:t>
            </w:r>
          </w:p>
        </w:tc>
        <w:tc>
          <w:tcPr>
            <w:tcW w:w="1018" w:type="dxa"/>
          </w:tcPr>
          <w:p w14:paraId="51470E71" w14:textId="77777777" w:rsidR="008D1671" w:rsidRPr="001B35B6" w:rsidRDefault="008D1671" w:rsidP="001B35B6">
            <w:pPr>
              <w:jc w:val="center"/>
              <w:rPr>
                <w:rFonts w:asciiTheme="majorBidi" w:hAnsiTheme="majorBidi" w:cstheme="majorBidi"/>
                <w:color w:val="000000"/>
                <w:sz w:val="20"/>
                <w:szCs w:val="20"/>
                <w:rtl/>
              </w:rPr>
            </w:pPr>
            <w:r w:rsidRPr="001B35B6">
              <w:rPr>
                <w:rFonts w:asciiTheme="majorBidi" w:hAnsiTheme="majorBidi" w:cstheme="majorBidi"/>
                <w:color w:val="000000"/>
                <w:sz w:val="20"/>
                <w:szCs w:val="20"/>
              </w:rPr>
              <w:t>3.752286</w:t>
            </w:r>
          </w:p>
        </w:tc>
        <w:tc>
          <w:tcPr>
            <w:tcW w:w="718" w:type="dxa"/>
          </w:tcPr>
          <w:p w14:paraId="2E01D8BF" w14:textId="77777777" w:rsidR="008D1671" w:rsidRPr="001B35B6" w:rsidRDefault="008D1671" w:rsidP="001B35B6">
            <w:pPr>
              <w:jc w:val="center"/>
              <w:rPr>
                <w:rFonts w:asciiTheme="majorBidi" w:hAnsiTheme="majorBidi" w:cstheme="majorBidi"/>
                <w:sz w:val="20"/>
                <w:szCs w:val="20"/>
                <w:rtl/>
                <w:lang w:bidi="ar-IQ"/>
              </w:rPr>
            </w:pPr>
            <w:r w:rsidRPr="001B35B6">
              <w:rPr>
                <w:rFonts w:asciiTheme="majorBidi" w:hAnsiTheme="majorBidi" w:cstheme="majorBidi"/>
                <w:sz w:val="20"/>
                <w:szCs w:val="20"/>
                <w:lang w:bidi="ar-IQ"/>
              </w:rPr>
              <w:t>0.04</w:t>
            </w:r>
          </w:p>
        </w:tc>
      </w:tr>
      <w:tr w:rsidR="008D1671" w:rsidRPr="001B35B6" w14:paraId="46E79FD9" w14:textId="77777777" w:rsidTr="00D01600">
        <w:trPr>
          <w:jc w:val="center"/>
        </w:trPr>
        <w:tc>
          <w:tcPr>
            <w:tcW w:w="1428" w:type="dxa"/>
            <w:vAlign w:val="bottom"/>
          </w:tcPr>
          <w:p w14:paraId="09D3056E" w14:textId="2A3E26BB" w:rsidR="008D1671" w:rsidRPr="001B35B6" w:rsidRDefault="008D1671" w:rsidP="001B35B6">
            <w:pPr>
              <w:jc w:val="center"/>
              <w:rPr>
                <w:rFonts w:asciiTheme="majorBidi" w:hAnsiTheme="majorBidi" w:cstheme="majorBidi"/>
                <w:sz w:val="20"/>
                <w:szCs w:val="20"/>
                <w:rtl/>
                <w:lang w:bidi="ar-IQ"/>
              </w:rPr>
            </w:pPr>
            <w:r w:rsidRPr="001B35B6">
              <w:rPr>
                <w:rFonts w:asciiTheme="majorBidi" w:hAnsiTheme="majorBidi" w:cstheme="majorBidi"/>
                <w:color w:val="000000"/>
                <w:sz w:val="20"/>
                <w:szCs w:val="20"/>
              </w:rPr>
              <w:t>6.242672</w:t>
            </w:r>
          </w:p>
        </w:tc>
        <w:tc>
          <w:tcPr>
            <w:tcW w:w="1037" w:type="dxa"/>
            <w:vAlign w:val="bottom"/>
          </w:tcPr>
          <w:p w14:paraId="7F840694" w14:textId="3ECF8196" w:rsidR="008D1671" w:rsidRPr="001B35B6" w:rsidRDefault="008D1671" w:rsidP="001B35B6">
            <w:pPr>
              <w:jc w:val="center"/>
              <w:rPr>
                <w:rFonts w:asciiTheme="majorBidi" w:hAnsiTheme="majorBidi" w:cstheme="majorBidi"/>
                <w:sz w:val="20"/>
                <w:szCs w:val="20"/>
                <w:rtl/>
                <w:lang w:bidi="ar-IQ"/>
              </w:rPr>
            </w:pPr>
            <w:r w:rsidRPr="001B35B6">
              <w:rPr>
                <w:rFonts w:asciiTheme="majorBidi" w:hAnsiTheme="majorBidi" w:cstheme="majorBidi"/>
                <w:color w:val="000000"/>
                <w:sz w:val="20"/>
                <w:szCs w:val="20"/>
              </w:rPr>
              <w:t>230.7799</w:t>
            </w:r>
          </w:p>
        </w:tc>
        <w:tc>
          <w:tcPr>
            <w:tcW w:w="1052" w:type="dxa"/>
          </w:tcPr>
          <w:p w14:paraId="06FD4FC2" w14:textId="77777777" w:rsidR="008D1671" w:rsidRPr="001B35B6" w:rsidRDefault="008D1671" w:rsidP="001B35B6">
            <w:pPr>
              <w:jc w:val="center"/>
              <w:rPr>
                <w:rFonts w:asciiTheme="majorBidi" w:hAnsiTheme="majorBidi" w:cstheme="majorBidi"/>
                <w:color w:val="000000"/>
                <w:sz w:val="20"/>
                <w:szCs w:val="20"/>
                <w:rtl/>
              </w:rPr>
            </w:pPr>
            <w:r w:rsidRPr="001B35B6">
              <w:rPr>
                <w:rFonts w:asciiTheme="majorBidi" w:hAnsiTheme="majorBidi" w:cstheme="majorBidi"/>
                <w:color w:val="000000"/>
                <w:sz w:val="20"/>
                <w:szCs w:val="20"/>
              </w:rPr>
              <w:t>4.4717</w:t>
            </w:r>
          </w:p>
        </w:tc>
        <w:tc>
          <w:tcPr>
            <w:tcW w:w="1132" w:type="dxa"/>
          </w:tcPr>
          <w:p w14:paraId="3EE97FD9" w14:textId="77777777" w:rsidR="008D1671" w:rsidRPr="001B35B6" w:rsidRDefault="008D1671" w:rsidP="001B35B6">
            <w:pPr>
              <w:jc w:val="center"/>
              <w:rPr>
                <w:rFonts w:asciiTheme="majorBidi" w:hAnsiTheme="majorBidi" w:cstheme="majorBidi"/>
                <w:color w:val="000000"/>
                <w:sz w:val="20"/>
                <w:szCs w:val="20"/>
                <w:rtl/>
              </w:rPr>
            </w:pPr>
            <w:r w:rsidRPr="001B35B6">
              <w:rPr>
                <w:rFonts w:asciiTheme="majorBidi" w:hAnsiTheme="majorBidi" w:cstheme="majorBidi"/>
                <w:color w:val="000000"/>
                <w:sz w:val="20"/>
                <w:szCs w:val="20"/>
              </w:rPr>
              <w:t>16.64873</w:t>
            </w:r>
          </w:p>
        </w:tc>
        <w:tc>
          <w:tcPr>
            <w:tcW w:w="1126" w:type="dxa"/>
          </w:tcPr>
          <w:p w14:paraId="1EDA6E6B" w14:textId="77777777" w:rsidR="008D1671" w:rsidRPr="001B35B6" w:rsidRDefault="008D1671" w:rsidP="001B35B6">
            <w:pPr>
              <w:jc w:val="center"/>
              <w:rPr>
                <w:rFonts w:asciiTheme="majorBidi" w:hAnsiTheme="majorBidi" w:cstheme="majorBidi"/>
                <w:color w:val="000000"/>
                <w:sz w:val="20"/>
                <w:szCs w:val="20"/>
                <w:rtl/>
              </w:rPr>
            </w:pPr>
            <w:r w:rsidRPr="001B35B6">
              <w:rPr>
                <w:rFonts w:asciiTheme="majorBidi" w:hAnsiTheme="majorBidi" w:cstheme="majorBidi"/>
                <w:color w:val="000000"/>
                <w:sz w:val="20"/>
                <w:szCs w:val="20"/>
              </w:rPr>
              <w:t>3.723132</w:t>
            </w:r>
          </w:p>
        </w:tc>
        <w:tc>
          <w:tcPr>
            <w:tcW w:w="1018" w:type="dxa"/>
          </w:tcPr>
          <w:p w14:paraId="3CCAB665" w14:textId="77777777" w:rsidR="008D1671" w:rsidRPr="001B35B6" w:rsidRDefault="008D1671" w:rsidP="001B35B6">
            <w:pPr>
              <w:jc w:val="center"/>
              <w:rPr>
                <w:rFonts w:asciiTheme="majorBidi" w:hAnsiTheme="majorBidi" w:cstheme="majorBidi"/>
                <w:color w:val="000000"/>
                <w:sz w:val="20"/>
                <w:szCs w:val="20"/>
                <w:rtl/>
              </w:rPr>
            </w:pPr>
            <w:r w:rsidRPr="001B35B6">
              <w:rPr>
                <w:rFonts w:asciiTheme="majorBidi" w:hAnsiTheme="majorBidi" w:cstheme="majorBidi"/>
                <w:color w:val="000000"/>
                <w:sz w:val="20"/>
                <w:szCs w:val="20"/>
              </w:rPr>
              <w:t>3.723132</w:t>
            </w:r>
          </w:p>
        </w:tc>
        <w:tc>
          <w:tcPr>
            <w:tcW w:w="718" w:type="dxa"/>
          </w:tcPr>
          <w:p w14:paraId="47C40B05" w14:textId="77777777" w:rsidR="008D1671" w:rsidRPr="001B35B6" w:rsidRDefault="008D1671" w:rsidP="001B35B6">
            <w:pPr>
              <w:jc w:val="center"/>
              <w:rPr>
                <w:rFonts w:asciiTheme="majorBidi" w:hAnsiTheme="majorBidi" w:cstheme="majorBidi"/>
                <w:sz w:val="20"/>
                <w:szCs w:val="20"/>
                <w:lang w:bidi="ar-IQ"/>
              </w:rPr>
            </w:pPr>
            <w:r w:rsidRPr="001B35B6">
              <w:rPr>
                <w:rFonts w:asciiTheme="majorBidi" w:hAnsiTheme="majorBidi" w:cstheme="majorBidi"/>
                <w:sz w:val="20"/>
                <w:szCs w:val="20"/>
                <w:lang w:bidi="ar-IQ"/>
              </w:rPr>
              <w:t>0.08</w:t>
            </w:r>
          </w:p>
        </w:tc>
      </w:tr>
      <w:tr w:rsidR="008D1671" w:rsidRPr="001B35B6" w14:paraId="377C4C59" w14:textId="77777777" w:rsidTr="00D01600">
        <w:trPr>
          <w:jc w:val="center"/>
        </w:trPr>
        <w:tc>
          <w:tcPr>
            <w:tcW w:w="1428" w:type="dxa"/>
            <w:vAlign w:val="bottom"/>
          </w:tcPr>
          <w:p w14:paraId="051F264A" w14:textId="2D60A4A2" w:rsidR="008D1671" w:rsidRPr="001B35B6" w:rsidRDefault="008D1671" w:rsidP="001B35B6">
            <w:pPr>
              <w:jc w:val="center"/>
              <w:rPr>
                <w:rFonts w:asciiTheme="majorBidi" w:hAnsiTheme="majorBidi" w:cstheme="majorBidi"/>
                <w:sz w:val="20"/>
                <w:szCs w:val="20"/>
                <w:rtl/>
                <w:lang w:bidi="ar-IQ"/>
              </w:rPr>
            </w:pPr>
            <w:r w:rsidRPr="001B35B6">
              <w:rPr>
                <w:rFonts w:asciiTheme="majorBidi" w:hAnsiTheme="majorBidi" w:cstheme="majorBidi"/>
                <w:color w:val="000000"/>
                <w:sz w:val="20"/>
                <w:szCs w:val="20"/>
              </w:rPr>
              <w:t>5.984984</w:t>
            </w:r>
          </w:p>
        </w:tc>
        <w:tc>
          <w:tcPr>
            <w:tcW w:w="1037" w:type="dxa"/>
            <w:vAlign w:val="bottom"/>
          </w:tcPr>
          <w:p w14:paraId="170C8A5A" w14:textId="39AB3168" w:rsidR="008D1671" w:rsidRPr="001B35B6" w:rsidRDefault="008D1671" w:rsidP="001B35B6">
            <w:pPr>
              <w:jc w:val="center"/>
              <w:rPr>
                <w:rFonts w:asciiTheme="majorBidi" w:hAnsiTheme="majorBidi" w:cstheme="majorBidi"/>
                <w:sz w:val="20"/>
                <w:szCs w:val="20"/>
                <w:rtl/>
                <w:lang w:bidi="ar-IQ"/>
              </w:rPr>
            </w:pPr>
            <w:r w:rsidRPr="001B35B6">
              <w:rPr>
                <w:rFonts w:asciiTheme="majorBidi" w:hAnsiTheme="majorBidi" w:cstheme="majorBidi"/>
                <w:color w:val="000000"/>
                <w:sz w:val="20"/>
                <w:szCs w:val="20"/>
              </w:rPr>
              <w:t>239.8535</w:t>
            </w:r>
          </w:p>
        </w:tc>
        <w:tc>
          <w:tcPr>
            <w:tcW w:w="1052" w:type="dxa"/>
          </w:tcPr>
          <w:p w14:paraId="57244B47" w14:textId="77777777" w:rsidR="008D1671" w:rsidRPr="001B35B6" w:rsidRDefault="008D1671" w:rsidP="001B35B6">
            <w:pPr>
              <w:jc w:val="center"/>
              <w:rPr>
                <w:rFonts w:asciiTheme="majorBidi" w:hAnsiTheme="majorBidi" w:cstheme="majorBidi"/>
                <w:color w:val="000000"/>
                <w:sz w:val="20"/>
                <w:szCs w:val="20"/>
                <w:rtl/>
              </w:rPr>
            </w:pPr>
            <w:r w:rsidRPr="001B35B6">
              <w:rPr>
                <w:rFonts w:asciiTheme="majorBidi" w:hAnsiTheme="majorBidi" w:cstheme="majorBidi"/>
                <w:color w:val="000000"/>
                <w:sz w:val="20"/>
                <w:szCs w:val="20"/>
              </w:rPr>
              <w:t>4.27608</w:t>
            </w:r>
          </w:p>
        </w:tc>
        <w:tc>
          <w:tcPr>
            <w:tcW w:w="1132" w:type="dxa"/>
          </w:tcPr>
          <w:p w14:paraId="2668BF8E" w14:textId="77777777" w:rsidR="008D1671" w:rsidRPr="001B35B6" w:rsidRDefault="008D1671" w:rsidP="001B35B6">
            <w:pPr>
              <w:jc w:val="center"/>
              <w:rPr>
                <w:rFonts w:asciiTheme="majorBidi" w:hAnsiTheme="majorBidi" w:cstheme="majorBidi"/>
                <w:color w:val="000000"/>
                <w:sz w:val="20"/>
                <w:szCs w:val="20"/>
                <w:rtl/>
              </w:rPr>
            </w:pPr>
            <w:r w:rsidRPr="001B35B6">
              <w:rPr>
                <w:rFonts w:asciiTheme="majorBidi" w:hAnsiTheme="majorBidi" w:cstheme="majorBidi"/>
                <w:color w:val="000000"/>
                <w:sz w:val="20"/>
                <w:szCs w:val="20"/>
              </w:rPr>
              <w:t>16.36864</w:t>
            </w:r>
          </w:p>
        </w:tc>
        <w:tc>
          <w:tcPr>
            <w:tcW w:w="1126" w:type="dxa"/>
          </w:tcPr>
          <w:p w14:paraId="1B897F7B" w14:textId="33C6071A" w:rsidR="008D1671" w:rsidRPr="001B35B6" w:rsidRDefault="008D1671" w:rsidP="001B35B6">
            <w:pPr>
              <w:jc w:val="center"/>
              <w:rPr>
                <w:rFonts w:asciiTheme="majorBidi" w:hAnsiTheme="majorBidi" w:cstheme="majorBidi"/>
                <w:color w:val="000000"/>
                <w:sz w:val="20"/>
                <w:szCs w:val="20"/>
                <w:rtl/>
              </w:rPr>
            </w:pPr>
            <w:r w:rsidRPr="001B35B6">
              <w:rPr>
                <w:rFonts w:asciiTheme="majorBidi" w:hAnsiTheme="majorBidi" w:cstheme="majorBidi"/>
                <w:color w:val="000000"/>
                <w:sz w:val="20"/>
                <w:szCs w:val="20"/>
              </w:rPr>
              <w:t>3.827954</w:t>
            </w:r>
          </w:p>
        </w:tc>
        <w:tc>
          <w:tcPr>
            <w:tcW w:w="1018" w:type="dxa"/>
          </w:tcPr>
          <w:p w14:paraId="04EC63CF" w14:textId="77777777" w:rsidR="008D1671" w:rsidRPr="001B35B6" w:rsidRDefault="008D1671" w:rsidP="001B35B6">
            <w:pPr>
              <w:jc w:val="center"/>
              <w:rPr>
                <w:rFonts w:asciiTheme="majorBidi" w:hAnsiTheme="majorBidi" w:cstheme="majorBidi"/>
                <w:color w:val="000000"/>
                <w:sz w:val="20"/>
                <w:szCs w:val="20"/>
                <w:rtl/>
              </w:rPr>
            </w:pPr>
            <w:r w:rsidRPr="001B35B6">
              <w:rPr>
                <w:rFonts w:asciiTheme="majorBidi" w:hAnsiTheme="majorBidi" w:cstheme="majorBidi"/>
                <w:color w:val="000000"/>
                <w:sz w:val="20"/>
                <w:szCs w:val="20"/>
              </w:rPr>
              <w:t>3.827954</w:t>
            </w:r>
          </w:p>
        </w:tc>
        <w:tc>
          <w:tcPr>
            <w:tcW w:w="718" w:type="dxa"/>
          </w:tcPr>
          <w:p w14:paraId="7BBDB2AB" w14:textId="77777777" w:rsidR="008D1671" w:rsidRPr="001B35B6" w:rsidRDefault="008D1671" w:rsidP="001B35B6">
            <w:pPr>
              <w:jc w:val="center"/>
              <w:rPr>
                <w:rFonts w:asciiTheme="majorBidi" w:hAnsiTheme="majorBidi" w:cstheme="majorBidi"/>
                <w:sz w:val="20"/>
                <w:szCs w:val="20"/>
                <w:lang w:bidi="ar-IQ"/>
              </w:rPr>
            </w:pPr>
            <w:r w:rsidRPr="001B35B6">
              <w:rPr>
                <w:rFonts w:asciiTheme="majorBidi" w:hAnsiTheme="majorBidi" w:cstheme="majorBidi"/>
                <w:sz w:val="20"/>
                <w:szCs w:val="20"/>
                <w:lang w:bidi="ar-IQ"/>
              </w:rPr>
              <w:t>0.12</w:t>
            </w:r>
          </w:p>
        </w:tc>
      </w:tr>
      <w:tr w:rsidR="008D1671" w:rsidRPr="001B35B6" w14:paraId="75A943A2" w14:textId="77777777" w:rsidTr="00D01600">
        <w:trPr>
          <w:jc w:val="center"/>
        </w:trPr>
        <w:tc>
          <w:tcPr>
            <w:tcW w:w="1428" w:type="dxa"/>
            <w:vAlign w:val="bottom"/>
          </w:tcPr>
          <w:p w14:paraId="5DAA19D4" w14:textId="6F98A660" w:rsidR="008D1671" w:rsidRPr="001B35B6" w:rsidRDefault="008D1671" w:rsidP="001B35B6">
            <w:pPr>
              <w:jc w:val="center"/>
              <w:rPr>
                <w:rFonts w:asciiTheme="majorBidi" w:hAnsiTheme="majorBidi" w:cstheme="majorBidi"/>
                <w:sz w:val="20"/>
                <w:szCs w:val="20"/>
                <w:rtl/>
                <w:lang w:bidi="ar-IQ"/>
              </w:rPr>
            </w:pPr>
            <w:r w:rsidRPr="001B35B6">
              <w:rPr>
                <w:rFonts w:asciiTheme="majorBidi" w:hAnsiTheme="majorBidi" w:cstheme="majorBidi"/>
                <w:color w:val="000000"/>
                <w:sz w:val="20"/>
                <w:szCs w:val="20"/>
              </w:rPr>
              <w:t>8.491626</w:t>
            </w:r>
          </w:p>
        </w:tc>
        <w:tc>
          <w:tcPr>
            <w:tcW w:w="1037" w:type="dxa"/>
            <w:vAlign w:val="bottom"/>
          </w:tcPr>
          <w:p w14:paraId="61ADD07A" w14:textId="77933B6B" w:rsidR="008D1671" w:rsidRPr="001B35B6" w:rsidRDefault="008D1671" w:rsidP="001B35B6">
            <w:pPr>
              <w:jc w:val="center"/>
              <w:rPr>
                <w:rFonts w:asciiTheme="majorBidi" w:hAnsiTheme="majorBidi" w:cstheme="majorBidi"/>
                <w:sz w:val="20"/>
                <w:szCs w:val="20"/>
                <w:rtl/>
                <w:lang w:bidi="ar-IQ"/>
              </w:rPr>
            </w:pPr>
            <w:r w:rsidRPr="001B35B6">
              <w:rPr>
                <w:rFonts w:asciiTheme="majorBidi" w:hAnsiTheme="majorBidi" w:cstheme="majorBidi"/>
                <w:color w:val="000000"/>
                <w:sz w:val="20"/>
                <w:szCs w:val="20"/>
              </w:rPr>
              <w:t>168.443</w:t>
            </w:r>
          </w:p>
        </w:tc>
        <w:tc>
          <w:tcPr>
            <w:tcW w:w="1052" w:type="dxa"/>
          </w:tcPr>
          <w:p w14:paraId="6423B8D3" w14:textId="77777777" w:rsidR="008D1671" w:rsidRPr="001B35B6" w:rsidRDefault="008D1671" w:rsidP="001B35B6">
            <w:pPr>
              <w:jc w:val="center"/>
              <w:rPr>
                <w:rFonts w:asciiTheme="majorBidi" w:hAnsiTheme="majorBidi" w:cstheme="majorBidi"/>
                <w:color w:val="000000"/>
                <w:sz w:val="20"/>
                <w:szCs w:val="20"/>
                <w:rtl/>
              </w:rPr>
            </w:pPr>
            <w:r w:rsidRPr="001B35B6">
              <w:rPr>
                <w:rFonts w:asciiTheme="majorBidi" w:hAnsiTheme="majorBidi" w:cstheme="majorBidi"/>
                <w:color w:val="000000"/>
                <w:sz w:val="20"/>
                <w:szCs w:val="20"/>
              </w:rPr>
              <w:t>5.019437</w:t>
            </w:r>
          </w:p>
        </w:tc>
        <w:tc>
          <w:tcPr>
            <w:tcW w:w="1132" w:type="dxa"/>
          </w:tcPr>
          <w:p w14:paraId="4976750E" w14:textId="77777777" w:rsidR="008D1671" w:rsidRPr="001B35B6" w:rsidRDefault="008D1671" w:rsidP="001B35B6">
            <w:pPr>
              <w:jc w:val="center"/>
              <w:rPr>
                <w:rFonts w:asciiTheme="majorBidi" w:hAnsiTheme="majorBidi" w:cstheme="majorBidi"/>
                <w:color w:val="000000"/>
                <w:sz w:val="20"/>
                <w:szCs w:val="20"/>
                <w:rtl/>
              </w:rPr>
            </w:pPr>
            <w:r w:rsidRPr="001B35B6">
              <w:rPr>
                <w:rFonts w:asciiTheme="majorBidi" w:hAnsiTheme="majorBidi" w:cstheme="majorBidi"/>
                <w:color w:val="000000"/>
                <w:sz w:val="20"/>
                <w:szCs w:val="20"/>
              </w:rPr>
              <w:t>16.19028</w:t>
            </w:r>
          </w:p>
        </w:tc>
        <w:tc>
          <w:tcPr>
            <w:tcW w:w="1126" w:type="dxa"/>
          </w:tcPr>
          <w:p w14:paraId="60758455" w14:textId="77777777" w:rsidR="008D1671" w:rsidRPr="001B35B6" w:rsidRDefault="008D1671" w:rsidP="001B35B6">
            <w:pPr>
              <w:jc w:val="center"/>
              <w:rPr>
                <w:rFonts w:asciiTheme="majorBidi" w:hAnsiTheme="majorBidi" w:cstheme="majorBidi"/>
                <w:color w:val="000000"/>
                <w:sz w:val="20"/>
                <w:szCs w:val="20"/>
                <w:rtl/>
              </w:rPr>
            </w:pPr>
            <w:r w:rsidRPr="001B35B6">
              <w:rPr>
                <w:rFonts w:asciiTheme="majorBidi" w:hAnsiTheme="majorBidi" w:cstheme="majorBidi"/>
                <w:color w:val="000000"/>
                <w:sz w:val="20"/>
                <w:szCs w:val="20"/>
              </w:rPr>
              <w:t>3.225517</w:t>
            </w:r>
          </w:p>
        </w:tc>
        <w:tc>
          <w:tcPr>
            <w:tcW w:w="1018" w:type="dxa"/>
          </w:tcPr>
          <w:p w14:paraId="1762A073" w14:textId="77777777" w:rsidR="008D1671" w:rsidRPr="001B35B6" w:rsidRDefault="008D1671" w:rsidP="001B35B6">
            <w:pPr>
              <w:jc w:val="center"/>
              <w:rPr>
                <w:rFonts w:asciiTheme="majorBidi" w:hAnsiTheme="majorBidi" w:cstheme="majorBidi"/>
                <w:color w:val="000000"/>
                <w:sz w:val="20"/>
                <w:szCs w:val="20"/>
                <w:rtl/>
              </w:rPr>
            </w:pPr>
            <w:r w:rsidRPr="001B35B6">
              <w:rPr>
                <w:rFonts w:asciiTheme="majorBidi" w:hAnsiTheme="majorBidi" w:cstheme="majorBidi"/>
                <w:color w:val="000000"/>
                <w:sz w:val="20"/>
                <w:szCs w:val="20"/>
              </w:rPr>
              <w:t>3.225517</w:t>
            </w:r>
          </w:p>
        </w:tc>
        <w:tc>
          <w:tcPr>
            <w:tcW w:w="718" w:type="dxa"/>
          </w:tcPr>
          <w:p w14:paraId="3DB22103" w14:textId="77777777" w:rsidR="008D1671" w:rsidRPr="001B35B6" w:rsidRDefault="008D1671" w:rsidP="001B35B6">
            <w:pPr>
              <w:jc w:val="center"/>
              <w:rPr>
                <w:rFonts w:asciiTheme="majorBidi" w:hAnsiTheme="majorBidi" w:cstheme="majorBidi"/>
                <w:sz w:val="20"/>
                <w:szCs w:val="20"/>
                <w:lang w:bidi="ar-IQ"/>
              </w:rPr>
            </w:pPr>
            <w:r w:rsidRPr="001B35B6">
              <w:rPr>
                <w:rFonts w:asciiTheme="majorBidi" w:hAnsiTheme="majorBidi" w:cstheme="majorBidi"/>
                <w:sz w:val="20"/>
                <w:szCs w:val="20"/>
                <w:lang w:bidi="ar-IQ"/>
              </w:rPr>
              <w:t>0.16</w:t>
            </w:r>
          </w:p>
        </w:tc>
      </w:tr>
      <w:tr w:rsidR="008D1671" w:rsidRPr="001B35B6" w14:paraId="66DA52FC" w14:textId="77777777" w:rsidTr="00D01600">
        <w:trPr>
          <w:jc w:val="center"/>
        </w:trPr>
        <w:tc>
          <w:tcPr>
            <w:tcW w:w="1428" w:type="dxa"/>
            <w:vAlign w:val="bottom"/>
          </w:tcPr>
          <w:p w14:paraId="52CB9013" w14:textId="4E33B4AC" w:rsidR="008D1671" w:rsidRPr="001B35B6" w:rsidRDefault="008D1671" w:rsidP="001B35B6">
            <w:pPr>
              <w:jc w:val="center"/>
              <w:rPr>
                <w:rFonts w:asciiTheme="majorBidi" w:hAnsiTheme="majorBidi" w:cstheme="majorBidi"/>
                <w:sz w:val="20"/>
                <w:szCs w:val="20"/>
                <w:rtl/>
                <w:lang w:bidi="ar-IQ"/>
              </w:rPr>
            </w:pPr>
            <w:r w:rsidRPr="001B35B6">
              <w:rPr>
                <w:rFonts w:asciiTheme="majorBidi" w:hAnsiTheme="majorBidi" w:cstheme="majorBidi"/>
                <w:color w:val="000000"/>
                <w:sz w:val="20"/>
                <w:szCs w:val="20"/>
              </w:rPr>
              <w:t>6.022996</w:t>
            </w:r>
          </w:p>
        </w:tc>
        <w:tc>
          <w:tcPr>
            <w:tcW w:w="1037" w:type="dxa"/>
            <w:vAlign w:val="bottom"/>
          </w:tcPr>
          <w:p w14:paraId="66630C08" w14:textId="665B7380" w:rsidR="008D1671" w:rsidRPr="001B35B6" w:rsidRDefault="008D1671" w:rsidP="001B35B6">
            <w:pPr>
              <w:jc w:val="center"/>
              <w:rPr>
                <w:rFonts w:asciiTheme="majorBidi" w:hAnsiTheme="majorBidi" w:cstheme="majorBidi"/>
                <w:sz w:val="20"/>
                <w:szCs w:val="20"/>
                <w:rtl/>
                <w:lang w:bidi="ar-IQ"/>
              </w:rPr>
            </w:pPr>
            <w:r w:rsidRPr="001B35B6">
              <w:rPr>
                <w:rFonts w:asciiTheme="majorBidi" w:hAnsiTheme="majorBidi" w:cstheme="majorBidi"/>
                <w:color w:val="000000"/>
                <w:sz w:val="20"/>
                <w:szCs w:val="20"/>
              </w:rPr>
              <w:t>236.6249</w:t>
            </w:r>
          </w:p>
        </w:tc>
        <w:tc>
          <w:tcPr>
            <w:tcW w:w="1052" w:type="dxa"/>
          </w:tcPr>
          <w:p w14:paraId="00D174AA" w14:textId="77777777" w:rsidR="008D1671" w:rsidRPr="001B35B6" w:rsidRDefault="008D1671" w:rsidP="001B35B6">
            <w:pPr>
              <w:jc w:val="center"/>
              <w:rPr>
                <w:rFonts w:asciiTheme="majorBidi" w:hAnsiTheme="majorBidi" w:cstheme="majorBidi"/>
                <w:sz w:val="20"/>
                <w:szCs w:val="20"/>
                <w:rtl/>
                <w:lang w:bidi="ar-IQ"/>
              </w:rPr>
            </w:pPr>
            <w:r w:rsidRPr="001B35B6">
              <w:rPr>
                <w:rFonts w:asciiTheme="majorBidi" w:hAnsiTheme="majorBidi" w:cstheme="majorBidi"/>
                <w:sz w:val="20"/>
                <w:szCs w:val="20"/>
                <w:lang w:bidi="ar-IQ"/>
              </w:rPr>
              <w:t>4.1717</w:t>
            </w:r>
          </w:p>
        </w:tc>
        <w:tc>
          <w:tcPr>
            <w:tcW w:w="1132" w:type="dxa"/>
          </w:tcPr>
          <w:p w14:paraId="7E75447E" w14:textId="77777777" w:rsidR="008D1671" w:rsidRPr="001B35B6" w:rsidRDefault="008D1671" w:rsidP="001B35B6">
            <w:pPr>
              <w:jc w:val="center"/>
              <w:rPr>
                <w:rFonts w:asciiTheme="majorBidi" w:hAnsiTheme="majorBidi" w:cstheme="majorBidi"/>
                <w:sz w:val="20"/>
                <w:szCs w:val="20"/>
                <w:rtl/>
                <w:lang w:bidi="ar-IQ"/>
              </w:rPr>
            </w:pPr>
            <w:r w:rsidRPr="001B35B6">
              <w:rPr>
                <w:rFonts w:asciiTheme="majorBidi" w:hAnsiTheme="majorBidi" w:cstheme="majorBidi"/>
                <w:sz w:val="20"/>
                <w:szCs w:val="20"/>
                <w:lang w:bidi="ar-IQ"/>
              </w:rPr>
              <w:t>16.0287</w:t>
            </w:r>
          </w:p>
        </w:tc>
        <w:tc>
          <w:tcPr>
            <w:tcW w:w="1126" w:type="dxa"/>
          </w:tcPr>
          <w:p w14:paraId="73D19274" w14:textId="77777777" w:rsidR="008D1671" w:rsidRPr="001B35B6" w:rsidRDefault="008D1671" w:rsidP="001B35B6">
            <w:pPr>
              <w:jc w:val="center"/>
              <w:rPr>
                <w:rFonts w:asciiTheme="majorBidi" w:hAnsiTheme="majorBidi" w:cstheme="majorBidi"/>
                <w:sz w:val="20"/>
                <w:szCs w:val="20"/>
                <w:rtl/>
                <w:lang w:bidi="ar-IQ"/>
              </w:rPr>
            </w:pPr>
            <w:r w:rsidRPr="001B35B6">
              <w:rPr>
                <w:rFonts w:asciiTheme="majorBidi" w:hAnsiTheme="majorBidi" w:cstheme="majorBidi"/>
                <w:sz w:val="20"/>
                <w:szCs w:val="20"/>
                <w:lang w:bidi="ar-IQ"/>
              </w:rPr>
              <w:t>3.84221</w:t>
            </w:r>
          </w:p>
        </w:tc>
        <w:tc>
          <w:tcPr>
            <w:tcW w:w="1018" w:type="dxa"/>
          </w:tcPr>
          <w:p w14:paraId="49EC5B1C" w14:textId="77777777" w:rsidR="008D1671" w:rsidRPr="001B35B6" w:rsidRDefault="008D1671" w:rsidP="001B35B6">
            <w:pPr>
              <w:jc w:val="center"/>
              <w:rPr>
                <w:rFonts w:asciiTheme="majorBidi" w:hAnsiTheme="majorBidi" w:cstheme="majorBidi"/>
                <w:sz w:val="20"/>
                <w:szCs w:val="20"/>
                <w:rtl/>
                <w:lang w:bidi="ar-IQ"/>
              </w:rPr>
            </w:pPr>
            <w:r w:rsidRPr="001B35B6">
              <w:rPr>
                <w:rFonts w:asciiTheme="majorBidi" w:hAnsiTheme="majorBidi" w:cstheme="majorBidi"/>
                <w:sz w:val="20"/>
                <w:szCs w:val="20"/>
                <w:lang w:bidi="ar-IQ"/>
              </w:rPr>
              <w:t>3.84221</w:t>
            </w:r>
          </w:p>
        </w:tc>
        <w:tc>
          <w:tcPr>
            <w:tcW w:w="718" w:type="dxa"/>
          </w:tcPr>
          <w:p w14:paraId="0B701B77" w14:textId="77777777" w:rsidR="008D1671" w:rsidRPr="001B35B6" w:rsidRDefault="008D1671" w:rsidP="001B35B6">
            <w:pPr>
              <w:jc w:val="center"/>
              <w:rPr>
                <w:rFonts w:asciiTheme="majorBidi" w:hAnsiTheme="majorBidi" w:cstheme="majorBidi"/>
                <w:sz w:val="20"/>
                <w:szCs w:val="20"/>
                <w:lang w:bidi="ar-IQ"/>
              </w:rPr>
            </w:pPr>
            <w:r w:rsidRPr="001B35B6">
              <w:rPr>
                <w:rFonts w:asciiTheme="majorBidi" w:hAnsiTheme="majorBidi" w:cstheme="majorBidi"/>
                <w:sz w:val="20"/>
                <w:szCs w:val="20"/>
                <w:lang w:bidi="ar-IQ"/>
              </w:rPr>
              <w:t>0.20</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64658" w14:paraId="568AEFE7" w14:textId="77777777" w:rsidTr="001D2CF7">
        <w:trPr>
          <w:jc w:val="center"/>
        </w:trPr>
        <w:tc>
          <w:tcPr>
            <w:tcW w:w="9350" w:type="dxa"/>
          </w:tcPr>
          <w:p w14:paraId="39283520" w14:textId="4DC5860C" w:rsidR="00A64658" w:rsidRDefault="00A64658" w:rsidP="00A64658">
            <w:pPr>
              <w:jc w:val="center"/>
              <w:rPr>
                <w:rFonts w:asciiTheme="majorBidi" w:eastAsia="Times New Roman" w:hAnsiTheme="majorBidi" w:cstheme="majorBidi"/>
                <w:sz w:val="24"/>
                <w:szCs w:val="24"/>
              </w:rPr>
            </w:pPr>
            <w:r w:rsidRPr="00B42802">
              <w:rPr>
                <w:rFonts w:asciiTheme="majorBidi" w:hAnsiTheme="majorBidi" w:cstheme="majorBidi"/>
                <w:noProof/>
                <w:sz w:val="28"/>
                <w:szCs w:val="28"/>
                <w:rtl/>
              </w:rPr>
              <w:drawing>
                <wp:inline distT="0" distB="0" distL="0" distR="0" wp14:anchorId="2DB461B0" wp14:editId="1DD12EC2">
                  <wp:extent cx="5357282" cy="2941320"/>
                  <wp:effectExtent l="0" t="0" r="0" b="0"/>
                  <wp:docPr id="1133384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84492" name=""/>
                          <pic:cNvPicPr/>
                        </pic:nvPicPr>
                        <pic:blipFill>
                          <a:blip r:embed="rId10"/>
                          <a:stretch>
                            <a:fillRect/>
                          </a:stretch>
                        </pic:blipFill>
                        <pic:spPr>
                          <a:xfrm>
                            <a:off x="0" y="0"/>
                            <a:ext cx="5363741" cy="2944866"/>
                          </a:xfrm>
                          <a:prstGeom prst="rect">
                            <a:avLst/>
                          </a:prstGeom>
                        </pic:spPr>
                      </pic:pic>
                    </a:graphicData>
                  </a:graphic>
                </wp:inline>
              </w:drawing>
            </w:r>
          </w:p>
        </w:tc>
      </w:tr>
      <w:tr w:rsidR="00A64658" w14:paraId="617A7987" w14:textId="77777777" w:rsidTr="001D2CF7">
        <w:trPr>
          <w:jc w:val="center"/>
        </w:trPr>
        <w:tc>
          <w:tcPr>
            <w:tcW w:w="9350" w:type="dxa"/>
          </w:tcPr>
          <w:p w14:paraId="2B22649C" w14:textId="43FE2E35" w:rsidR="00A64658" w:rsidRPr="00A64658" w:rsidRDefault="00A64658" w:rsidP="00A64658">
            <w:pPr>
              <w:jc w:val="center"/>
              <w:rPr>
                <w:rFonts w:asciiTheme="majorBidi" w:eastAsia="Times New Roman" w:hAnsiTheme="majorBidi" w:cstheme="majorBidi"/>
                <w:sz w:val="18"/>
                <w:szCs w:val="18"/>
                <w:lang w:val="en-GB"/>
              </w:rPr>
            </w:pPr>
            <w:r w:rsidRPr="001B35B6">
              <w:rPr>
                <w:rFonts w:asciiTheme="majorBidi" w:eastAsia="Times New Roman" w:hAnsiTheme="majorBidi" w:cstheme="majorBidi"/>
                <w:b/>
                <w:bCs/>
                <w:sz w:val="18"/>
                <w:szCs w:val="18"/>
              </w:rPr>
              <w:t>FIGURE 2</w:t>
            </w:r>
            <w:r>
              <w:rPr>
                <w:rFonts w:asciiTheme="majorBidi" w:eastAsia="Times New Roman" w:hAnsiTheme="majorBidi" w:cstheme="majorBidi"/>
                <w:b/>
                <w:bCs/>
                <w:sz w:val="18"/>
                <w:szCs w:val="18"/>
              </w:rPr>
              <w:t>.</w:t>
            </w:r>
            <w:r w:rsidRPr="001B35B6">
              <w:rPr>
                <w:rFonts w:asciiTheme="majorBidi" w:eastAsia="Times New Roman" w:hAnsiTheme="majorBidi" w:cstheme="majorBidi"/>
                <w:sz w:val="18"/>
                <w:szCs w:val="18"/>
              </w:rPr>
              <w:t xml:space="preserve"> X-ray diffraction (XRD) patterns of Hg</w:t>
            </w:r>
            <w:r w:rsidRPr="001B35B6">
              <w:rPr>
                <w:rFonts w:asciiTheme="majorBidi" w:eastAsia="Times New Roman" w:hAnsiTheme="majorBidi" w:cstheme="majorBidi"/>
                <w:sz w:val="18"/>
                <w:szCs w:val="18"/>
                <w:vertAlign w:val="subscript"/>
              </w:rPr>
              <w:t>1-x</w:t>
            </w:r>
            <w:r w:rsidRPr="001B35B6">
              <w:rPr>
                <w:rFonts w:asciiTheme="majorBidi" w:eastAsia="Times New Roman" w:hAnsiTheme="majorBidi" w:cstheme="majorBidi"/>
                <w:sz w:val="18"/>
                <w:szCs w:val="18"/>
              </w:rPr>
              <w:t>InₓBa</w:t>
            </w:r>
            <w:r w:rsidRPr="001B35B6">
              <w:rPr>
                <w:rFonts w:asciiTheme="majorBidi" w:eastAsia="Times New Roman" w:hAnsiTheme="majorBidi" w:cstheme="majorBidi"/>
                <w:sz w:val="18"/>
                <w:szCs w:val="18"/>
                <w:vertAlign w:val="subscript"/>
              </w:rPr>
              <w:t>2</w:t>
            </w:r>
            <w:r w:rsidRPr="001B35B6">
              <w:rPr>
                <w:rFonts w:asciiTheme="majorBidi" w:eastAsia="Times New Roman" w:hAnsiTheme="majorBidi" w:cstheme="majorBidi"/>
                <w:sz w:val="18"/>
                <w:szCs w:val="18"/>
              </w:rPr>
              <w:t>Ca</w:t>
            </w:r>
            <w:r w:rsidRPr="001B35B6">
              <w:rPr>
                <w:rFonts w:asciiTheme="majorBidi" w:eastAsia="Times New Roman" w:hAnsiTheme="majorBidi" w:cstheme="majorBidi"/>
                <w:sz w:val="18"/>
                <w:szCs w:val="18"/>
                <w:vertAlign w:val="subscript"/>
              </w:rPr>
              <w:t>2</w:t>
            </w:r>
            <w:r w:rsidRPr="001B35B6">
              <w:rPr>
                <w:rFonts w:asciiTheme="majorBidi" w:eastAsia="Times New Roman" w:hAnsiTheme="majorBidi" w:cstheme="majorBidi"/>
                <w:sz w:val="18"/>
                <w:szCs w:val="18"/>
              </w:rPr>
              <w:t>Cu</w:t>
            </w:r>
            <w:r w:rsidRPr="001B35B6">
              <w:rPr>
                <w:rFonts w:asciiTheme="majorBidi" w:eastAsia="Times New Roman" w:hAnsiTheme="majorBidi" w:cstheme="majorBidi"/>
                <w:sz w:val="18"/>
                <w:szCs w:val="18"/>
                <w:vertAlign w:val="subscript"/>
              </w:rPr>
              <w:t>2.8</w:t>
            </w:r>
            <w:r w:rsidRPr="001B35B6">
              <w:rPr>
                <w:rFonts w:asciiTheme="majorBidi" w:eastAsia="Times New Roman" w:hAnsiTheme="majorBidi" w:cstheme="majorBidi"/>
                <w:sz w:val="18"/>
                <w:szCs w:val="18"/>
              </w:rPr>
              <w:t>Ti</w:t>
            </w:r>
            <w:r w:rsidRPr="001B35B6">
              <w:rPr>
                <w:rFonts w:asciiTheme="majorBidi" w:eastAsia="Times New Roman" w:hAnsiTheme="majorBidi" w:cstheme="majorBidi"/>
                <w:sz w:val="18"/>
                <w:szCs w:val="18"/>
                <w:vertAlign w:val="subscript"/>
              </w:rPr>
              <w:t>0.2</w:t>
            </w:r>
            <w:r w:rsidRPr="001B35B6">
              <w:rPr>
                <w:rFonts w:asciiTheme="majorBidi" w:eastAsia="Times New Roman" w:hAnsiTheme="majorBidi" w:cstheme="majorBidi"/>
                <w:sz w:val="18"/>
                <w:szCs w:val="18"/>
              </w:rPr>
              <w:t>O</w:t>
            </w:r>
            <w:r w:rsidRPr="001B35B6">
              <w:rPr>
                <w:rFonts w:asciiTheme="majorBidi" w:eastAsia="Times New Roman" w:hAnsiTheme="majorBidi" w:cstheme="majorBidi"/>
                <w:sz w:val="18"/>
                <w:szCs w:val="18"/>
                <w:vertAlign w:val="subscript"/>
              </w:rPr>
              <w:t>8+δ</w:t>
            </w:r>
            <w:r w:rsidRPr="001B35B6">
              <w:rPr>
                <w:rFonts w:asciiTheme="majorBidi" w:eastAsia="Times New Roman" w:hAnsiTheme="majorBidi" w:cstheme="majorBidi"/>
                <w:sz w:val="18"/>
                <w:szCs w:val="18"/>
              </w:rPr>
              <w:t xml:space="preserve"> thin films prepared by PLD at different indium substitution levels (x = 0.00–0.16), showing the main diffraction peaks corresponding to the tetragonal phase and the evolution of peak intensity and position with increasing in content.</w:t>
            </w:r>
          </w:p>
        </w:tc>
      </w:tr>
    </w:tbl>
    <w:p w14:paraId="451C69CB" w14:textId="6D00ABA3" w:rsidR="00B42802" w:rsidRPr="00A64658" w:rsidRDefault="00B42802" w:rsidP="00B42802">
      <w:pPr>
        <w:jc w:val="both"/>
        <w:rPr>
          <w:rFonts w:asciiTheme="majorBidi" w:eastAsia="Times New Roman" w:hAnsiTheme="majorBidi" w:cstheme="majorBidi"/>
          <w:sz w:val="24"/>
          <w:szCs w:val="24"/>
        </w:rPr>
      </w:pPr>
    </w:p>
    <w:p w14:paraId="31A6D1DF" w14:textId="77777777" w:rsidR="00AF0022" w:rsidRPr="00916FC6" w:rsidRDefault="00AF0022" w:rsidP="009B7427">
      <w:pPr>
        <w:ind w:firstLine="284"/>
        <w:jc w:val="both"/>
        <w:rPr>
          <w:rFonts w:asciiTheme="majorBidi" w:hAnsiTheme="majorBidi" w:cstheme="majorBidi"/>
          <w:sz w:val="20"/>
          <w:szCs w:val="20"/>
        </w:rPr>
      </w:pPr>
      <w:r w:rsidRPr="00916FC6">
        <w:rPr>
          <w:rFonts w:asciiTheme="majorBidi" w:hAnsiTheme="majorBidi" w:cstheme="majorBidi"/>
          <w:sz w:val="20"/>
          <w:szCs w:val="20"/>
        </w:rPr>
        <w:lastRenderedPageBreak/>
        <w:t>In addition, atomic force microscopy (AFM) was employed to characterize the nanoscale topography and quantify the surface roughness parameters. Three-dimensional AFM images were obtained over scan areas of (1×1) µm² and (5×5) µm², allowing precise measurement of the root mean square roughness (Sq), skewness (</w:t>
      </w:r>
      <w:proofErr w:type="spellStart"/>
      <w:r w:rsidRPr="00916FC6">
        <w:rPr>
          <w:rFonts w:asciiTheme="majorBidi" w:hAnsiTheme="majorBidi" w:cstheme="majorBidi"/>
          <w:sz w:val="20"/>
          <w:szCs w:val="20"/>
        </w:rPr>
        <w:t>Ssk</w:t>
      </w:r>
      <w:proofErr w:type="spellEnd"/>
      <w:r w:rsidRPr="00916FC6">
        <w:rPr>
          <w:rFonts w:asciiTheme="majorBidi" w:hAnsiTheme="majorBidi" w:cstheme="majorBidi"/>
          <w:sz w:val="20"/>
          <w:szCs w:val="20"/>
        </w:rPr>
        <w:t>), kurtosis (</w:t>
      </w:r>
      <w:proofErr w:type="spellStart"/>
      <w:r w:rsidRPr="00916FC6">
        <w:rPr>
          <w:rFonts w:asciiTheme="majorBidi" w:hAnsiTheme="majorBidi" w:cstheme="majorBidi"/>
          <w:sz w:val="20"/>
          <w:szCs w:val="20"/>
        </w:rPr>
        <w:t>Sku</w:t>
      </w:r>
      <w:proofErr w:type="spellEnd"/>
      <w:r w:rsidRPr="00916FC6">
        <w:rPr>
          <w:rFonts w:asciiTheme="majorBidi" w:hAnsiTheme="majorBidi" w:cstheme="majorBidi"/>
          <w:sz w:val="20"/>
          <w:szCs w:val="20"/>
        </w:rPr>
        <w:t>), and surface area ratio (SA/PA). The AFM analysis confirmed the improvement in surface smoothness and uniformity at intermediate substitution levels, corresponding to enhanced crystal ordering and reduced defect density observed in the XRD and FESEM results. The combined findings from these three techniques provided a comprehensive understanding of how indium substitution influences both the structural integrity and morphological quality of the Hg</w:t>
      </w:r>
      <w:r w:rsidRPr="00916FC6">
        <w:rPr>
          <w:rFonts w:asciiTheme="majorBidi" w:hAnsiTheme="majorBidi" w:cstheme="majorBidi"/>
          <w:sz w:val="20"/>
          <w:szCs w:val="20"/>
          <w:vertAlign w:val="subscript"/>
        </w:rPr>
        <w:t>1-x</w:t>
      </w:r>
      <w:r w:rsidRPr="00916FC6">
        <w:rPr>
          <w:rFonts w:asciiTheme="majorBidi" w:hAnsiTheme="majorBidi" w:cstheme="majorBidi"/>
          <w:sz w:val="20"/>
          <w:szCs w:val="20"/>
        </w:rPr>
        <w:t>InₓBa</w:t>
      </w:r>
      <w:r w:rsidRPr="00916FC6">
        <w:rPr>
          <w:rFonts w:asciiTheme="majorBidi" w:hAnsiTheme="majorBidi" w:cstheme="majorBidi"/>
          <w:sz w:val="20"/>
          <w:szCs w:val="20"/>
          <w:vertAlign w:val="subscript"/>
        </w:rPr>
        <w:t>2</w:t>
      </w:r>
      <w:r w:rsidRPr="00916FC6">
        <w:rPr>
          <w:rFonts w:asciiTheme="majorBidi" w:hAnsiTheme="majorBidi" w:cstheme="majorBidi"/>
          <w:sz w:val="20"/>
          <w:szCs w:val="20"/>
        </w:rPr>
        <w:t>Ca</w:t>
      </w:r>
      <w:r w:rsidRPr="00916FC6">
        <w:rPr>
          <w:rFonts w:asciiTheme="majorBidi" w:hAnsiTheme="majorBidi" w:cstheme="majorBidi"/>
          <w:sz w:val="20"/>
          <w:szCs w:val="20"/>
          <w:vertAlign w:val="subscript"/>
        </w:rPr>
        <w:t>2</w:t>
      </w:r>
      <w:r w:rsidRPr="00916FC6">
        <w:rPr>
          <w:rFonts w:asciiTheme="majorBidi" w:hAnsiTheme="majorBidi" w:cstheme="majorBidi"/>
          <w:sz w:val="20"/>
          <w:szCs w:val="20"/>
        </w:rPr>
        <w:t>Cu</w:t>
      </w:r>
      <w:r w:rsidRPr="00916FC6">
        <w:rPr>
          <w:rFonts w:asciiTheme="majorBidi" w:hAnsiTheme="majorBidi" w:cstheme="majorBidi"/>
          <w:sz w:val="20"/>
          <w:szCs w:val="20"/>
          <w:vertAlign w:val="subscript"/>
        </w:rPr>
        <w:t>2.8</w:t>
      </w:r>
      <w:r w:rsidRPr="00916FC6">
        <w:rPr>
          <w:rFonts w:asciiTheme="majorBidi" w:hAnsiTheme="majorBidi" w:cstheme="majorBidi"/>
          <w:sz w:val="20"/>
          <w:szCs w:val="20"/>
        </w:rPr>
        <w:t>Ti</w:t>
      </w:r>
      <w:r w:rsidRPr="00916FC6">
        <w:rPr>
          <w:rFonts w:asciiTheme="majorBidi" w:hAnsiTheme="majorBidi" w:cstheme="majorBidi"/>
          <w:sz w:val="20"/>
          <w:szCs w:val="20"/>
          <w:vertAlign w:val="subscript"/>
        </w:rPr>
        <w:t>0.2</w:t>
      </w:r>
      <w:r w:rsidRPr="00916FC6">
        <w:rPr>
          <w:rFonts w:asciiTheme="majorBidi" w:hAnsiTheme="majorBidi" w:cstheme="majorBidi"/>
          <w:sz w:val="20"/>
          <w:szCs w:val="20"/>
        </w:rPr>
        <w:t>O</w:t>
      </w:r>
      <w:r w:rsidRPr="00916FC6">
        <w:rPr>
          <w:rFonts w:asciiTheme="majorBidi" w:hAnsiTheme="majorBidi" w:cstheme="majorBidi"/>
          <w:sz w:val="20"/>
          <w:szCs w:val="20"/>
          <w:vertAlign w:val="subscript"/>
        </w:rPr>
        <w:t>8+δ</w:t>
      </w:r>
      <w:r w:rsidRPr="00916FC6">
        <w:rPr>
          <w:rFonts w:asciiTheme="majorBidi" w:hAnsiTheme="majorBidi" w:cstheme="majorBidi"/>
          <w:sz w:val="20"/>
          <w:szCs w:val="20"/>
        </w:rPr>
        <w:t xml:space="preserve"> thin films.</w:t>
      </w:r>
    </w:p>
    <w:p w14:paraId="705551C6" w14:textId="45934064" w:rsidR="00F5514C" w:rsidRPr="001B35B6" w:rsidRDefault="00F5514C" w:rsidP="009B7427">
      <w:pPr>
        <w:ind w:firstLine="284"/>
        <w:jc w:val="both"/>
        <w:rPr>
          <w:rFonts w:asciiTheme="majorBidi" w:hAnsiTheme="majorBidi" w:cstheme="majorBidi"/>
          <w:sz w:val="20"/>
          <w:szCs w:val="20"/>
        </w:rPr>
      </w:pPr>
      <w:r w:rsidRPr="001B35B6">
        <w:rPr>
          <w:rFonts w:asciiTheme="majorBidi" w:hAnsiTheme="majorBidi" w:cstheme="majorBidi"/>
          <w:sz w:val="20"/>
          <w:szCs w:val="20"/>
        </w:rPr>
        <w:t xml:space="preserve">The results obtained from X-ray diffraction (XRD), field-emission scanning electron microscopy (FESEM), and atomic force microscopy (AFM) revealed a clear evolution in both structural and morphological properties of the </w:t>
      </w:r>
      <w:r w:rsidR="00844445" w:rsidRPr="001B35B6">
        <w:rPr>
          <w:rFonts w:asciiTheme="majorBidi" w:hAnsiTheme="majorBidi" w:cstheme="majorBidi"/>
          <w:sz w:val="20"/>
          <w:szCs w:val="20"/>
        </w:rPr>
        <w:t>Hg</w:t>
      </w:r>
      <w:r w:rsidR="00844445" w:rsidRPr="001B35B6">
        <w:rPr>
          <w:rFonts w:asciiTheme="majorBidi" w:hAnsiTheme="majorBidi" w:cstheme="majorBidi"/>
          <w:sz w:val="20"/>
          <w:szCs w:val="20"/>
          <w:vertAlign w:val="subscript"/>
        </w:rPr>
        <w:t>1-x</w:t>
      </w:r>
      <w:r w:rsidR="00844445" w:rsidRPr="001B35B6">
        <w:rPr>
          <w:rFonts w:asciiTheme="majorBidi" w:hAnsiTheme="majorBidi" w:cstheme="majorBidi"/>
          <w:sz w:val="20"/>
          <w:szCs w:val="20"/>
        </w:rPr>
        <w:t>InₓBa</w:t>
      </w:r>
      <w:r w:rsidR="00844445" w:rsidRPr="001B35B6">
        <w:rPr>
          <w:rFonts w:asciiTheme="majorBidi" w:hAnsiTheme="majorBidi" w:cstheme="majorBidi"/>
          <w:sz w:val="20"/>
          <w:szCs w:val="20"/>
          <w:vertAlign w:val="subscript"/>
        </w:rPr>
        <w:t>2</w:t>
      </w:r>
      <w:r w:rsidR="00844445" w:rsidRPr="001B35B6">
        <w:rPr>
          <w:rFonts w:asciiTheme="majorBidi" w:hAnsiTheme="majorBidi" w:cstheme="majorBidi"/>
          <w:sz w:val="20"/>
          <w:szCs w:val="20"/>
        </w:rPr>
        <w:t>Ca</w:t>
      </w:r>
      <w:r w:rsidR="00844445" w:rsidRPr="001B35B6">
        <w:rPr>
          <w:rFonts w:asciiTheme="majorBidi" w:hAnsiTheme="majorBidi" w:cstheme="majorBidi"/>
          <w:sz w:val="20"/>
          <w:szCs w:val="20"/>
          <w:vertAlign w:val="subscript"/>
        </w:rPr>
        <w:t>2</w:t>
      </w:r>
      <w:r w:rsidR="00844445" w:rsidRPr="001B35B6">
        <w:rPr>
          <w:rFonts w:asciiTheme="majorBidi" w:hAnsiTheme="majorBidi" w:cstheme="majorBidi"/>
          <w:sz w:val="20"/>
          <w:szCs w:val="20"/>
        </w:rPr>
        <w:t>Cu</w:t>
      </w:r>
      <w:r w:rsidR="00844445" w:rsidRPr="001B35B6">
        <w:rPr>
          <w:rFonts w:asciiTheme="majorBidi" w:hAnsiTheme="majorBidi" w:cstheme="majorBidi"/>
          <w:sz w:val="20"/>
          <w:szCs w:val="20"/>
          <w:vertAlign w:val="subscript"/>
        </w:rPr>
        <w:t>2.8</w:t>
      </w:r>
      <w:r w:rsidR="00844445" w:rsidRPr="001B35B6">
        <w:rPr>
          <w:rFonts w:asciiTheme="majorBidi" w:hAnsiTheme="majorBidi" w:cstheme="majorBidi"/>
          <w:sz w:val="20"/>
          <w:szCs w:val="20"/>
        </w:rPr>
        <w:t>Ti</w:t>
      </w:r>
      <w:r w:rsidR="00844445" w:rsidRPr="001B35B6">
        <w:rPr>
          <w:rFonts w:asciiTheme="majorBidi" w:hAnsiTheme="majorBidi" w:cstheme="majorBidi"/>
          <w:sz w:val="20"/>
          <w:szCs w:val="20"/>
          <w:vertAlign w:val="subscript"/>
        </w:rPr>
        <w:t>0.2</w:t>
      </w:r>
      <w:r w:rsidR="00844445" w:rsidRPr="001B35B6">
        <w:rPr>
          <w:rFonts w:asciiTheme="majorBidi" w:hAnsiTheme="majorBidi" w:cstheme="majorBidi"/>
          <w:sz w:val="20"/>
          <w:szCs w:val="20"/>
        </w:rPr>
        <w:t>O</w:t>
      </w:r>
      <w:r w:rsidR="00844445" w:rsidRPr="001B35B6">
        <w:rPr>
          <w:rFonts w:asciiTheme="majorBidi" w:hAnsiTheme="majorBidi" w:cstheme="majorBidi"/>
          <w:sz w:val="20"/>
          <w:szCs w:val="20"/>
          <w:vertAlign w:val="subscript"/>
        </w:rPr>
        <w:t>8+δ</w:t>
      </w:r>
      <w:r w:rsidR="00844445" w:rsidRPr="001B35B6">
        <w:rPr>
          <w:rFonts w:asciiTheme="majorBidi" w:hAnsiTheme="majorBidi" w:cstheme="majorBidi"/>
          <w:sz w:val="20"/>
          <w:szCs w:val="20"/>
        </w:rPr>
        <w:t xml:space="preserve"> </w:t>
      </w:r>
      <w:r w:rsidRPr="001B35B6">
        <w:rPr>
          <w:rFonts w:asciiTheme="majorBidi" w:hAnsiTheme="majorBidi" w:cstheme="majorBidi"/>
          <w:sz w:val="20"/>
          <w:szCs w:val="20"/>
        </w:rPr>
        <w:t>thin films as the indium substitution ratio increased within the range (</w:t>
      </w:r>
      <w:r w:rsidR="00844445" w:rsidRPr="001B35B6">
        <w:rPr>
          <w:rFonts w:asciiTheme="majorBidi" w:hAnsiTheme="majorBidi" w:cstheme="majorBidi"/>
          <w:sz w:val="20"/>
          <w:szCs w:val="20"/>
        </w:rPr>
        <w:t>0.0</w:t>
      </w:r>
      <m:oMath>
        <m:r>
          <w:rPr>
            <w:rFonts w:ascii="Cambria Math" w:hAnsi="Cambria Math" w:cstheme="majorBidi"/>
            <w:sz w:val="20"/>
            <w:szCs w:val="20"/>
          </w:rPr>
          <m:t>≤</m:t>
        </m:r>
      </m:oMath>
      <w:r w:rsidR="00844445" w:rsidRPr="001B35B6">
        <w:rPr>
          <w:rFonts w:asciiTheme="majorBidi" w:hAnsiTheme="majorBidi" w:cstheme="majorBidi"/>
          <w:sz w:val="20"/>
          <w:szCs w:val="20"/>
        </w:rPr>
        <w:t>x</w:t>
      </w:r>
      <m:oMath>
        <m:r>
          <w:rPr>
            <w:rFonts w:ascii="Cambria Math" w:hAnsi="Cambria Math" w:cstheme="majorBidi"/>
            <w:sz w:val="20"/>
            <w:szCs w:val="20"/>
          </w:rPr>
          <m:t>≤</m:t>
        </m:r>
      </m:oMath>
      <w:r w:rsidR="00844445" w:rsidRPr="001B35B6">
        <w:rPr>
          <w:rFonts w:asciiTheme="majorBidi" w:hAnsiTheme="majorBidi" w:cstheme="majorBidi"/>
          <w:sz w:val="20"/>
          <w:szCs w:val="20"/>
        </w:rPr>
        <w:t>0.2</w:t>
      </w:r>
      <w:r w:rsidRPr="001B35B6">
        <w:rPr>
          <w:rFonts w:asciiTheme="majorBidi" w:hAnsiTheme="majorBidi" w:cstheme="majorBidi"/>
          <w:sz w:val="20"/>
          <w:szCs w:val="20"/>
        </w:rPr>
        <w:t>). The XRD patterns showed that the reference film (x = 0.00) exhibited broad and weak diffraction peaks, indicating limited crystallinity and the possible presence of secondary phases or structural imperfections caused by partial mercury volatilization during deposition</w:t>
      </w:r>
      <w:r w:rsidR="006D2D79">
        <w:rPr>
          <w:rFonts w:asciiTheme="majorBidi" w:hAnsiTheme="majorBidi" w:cstheme="majorBidi"/>
          <w:sz w:val="20"/>
          <w:szCs w:val="20"/>
        </w:rPr>
        <w:t xml:space="preserve"> [13]</w:t>
      </w:r>
      <w:r w:rsidRPr="001B35B6">
        <w:rPr>
          <w:rFonts w:asciiTheme="majorBidi" w:hAnsiTheme="majorBidi" w:cstheme="majorBidi"/>
          <w:sz w:val="20"/>
          <w:szCs w:val="20"/>
        </w:rPr>
        <w:t>.</w:t>
      </w:r>
    </w:p>
    <w:p w14:paraId="026932FB" w14:textId="2CF22BD5" w:rsidR="00AE17F1" w:rsidRPr="001B35B6" w:rsidRDefault="00F5514C" w:rsidP="009B7427">
      <w:pPr>
        <w:ind w:firstLine="284"/>
        <w:jc w:val="both"/>
        <w:rPr>
          <w:rFonts w:asciiTheme="majorBidi" w:hAnsiTheme="majorBidi" w:cstheme="majorBidi"/>
          <w:sz w:val="20"/>
          <w:szCs w:val="20"/>
        </w:rPr>
      </w:pPr>
      <w:r w:rsidRPr="001B35B6">
        <w:rPr>
          <w:rFonts w:asciiTheme="majorBidi" w:hAnsiTheme="majorBidi" w:cstheme="majorBidi"/>
          <w:sz w:val="20"/>
          <w:szCs w:val="20"/>
        </w:rPr>
        <w:t xml:space="preserve">At low substitution levels (x = 0.04–0.08), the diffraction peaks became sharper and more intense with a noticeable reduction in full width at half maximum (FWHM), signifying an increase in crystallite size and a decrease in internal lattice strain. The main reflections (003), (004), (101), (102), (110), and (007) displayed a slight shift toward higher 2θ values (Δ2θ ≈ +0.2° to +0.4°) compared to the undoped sample. This behavior is attributed to the substitution of </w:t>
      </w:r>
      <w:r w:rsidR="00586A6E">
        <w:rPr>
          <w:rFonts w:asciiTheme="majorBidi" w:hAnsiTheme="majorBidi" w:cstheme="majorBidi"/>
          <w:sz w:val="20"/>
          <w:szCs w:val="20"/>
        </w:rPr>
        <w:t xml:space="preserve">smaller </w:t>
      </w:r>
      <w:proofErr w:type="gramStart"/>
      <w:r w:rsidR="00586A6E">
        <w:rPr>
          <w:rFonts w:asciiTheme="majorBidi" w:hAnsiTheme="majorBidi" w:cstheme="majorBidi"/>
          <w:sz w:val="20"/>
          <w:szCs w:val="20"/>
        </w:rPr>
        <w:t>In</w:t>
      </w:r>
      <w:proofErr w:type="gramEnd"/>
      <w:r w:rsidR="00586A6E">
        <w:rPr>
          <w:rFonts w:asciiTheme="majorBidi" w:hAnsiTheme="majorBidi" w:cstheme="majorBidi"/>
          <w:sz w:val="20"/>
          <w:szCs w:val="20"/>
        </w:rPr>
        <w:t>³⁺ ions for the larger Hg²⁺ ions, resulting in</w:t>
      </w:r>
      <w:r w:rsidRPr="001B35B6">
        <w:rPr>
          <w:rFonts w:asciiTheme="majorBidi" w:hAnsiTheme="majorBidi" w:cstheme="majorBidi"/>
          <w:sz w:val="20"/>
          <w:szCs w:val="20"/>
        </w:rPr>
        <w:t xml:space="preserve"> a slight contraction along the c-axis and enhanced bonding within the Cu–O layers. At the intermediate composition (x = 0.12), the diffraction peaks reached </w:t>
      </w:r>
      <w:r w:rsidR="00586A6E" w:rsidRPr="001B35B6">
        <w:rPr>
          <w:rFonts w:asciiTheme="majorBidi" w:hAnsiTheme="majorBidi" w:cstheme="majorBidi"/>
          <w:sz w:val="20"/>
          <w:szCs w:val="20"/>
        </w:rPr>
        <w:t>them</w:t>
      </w:r>
      <w:r w:rsidR="006D2D79">
        <w:rPr>
          <w:rFonts w:asciiTheme="majorBidi" w:hAnsiTheme="majorBidi" w:cstheme="majorBidi"/>
          <w:sz w:val="20"/>
          <w:szCs w:val="20"/>
        </w:rPr>
        <w:t xml:space="preserve"> [14].</w:t>
      </w:r>
    </w:p>
    <w:p w14:paraId="142F0488" w14:textId="7257F97B" w:rsidR="00F5514C" w:rsidRPr="001B35B6" w:rsidRDefault="00F5514C" w:rsidP="00844445">
      <w:pPr>
        <w:jc w:val="both"/>
        <w:rPr>
          <w:rFonts w:asciiTheme="majorBidi" w:hAnsiTheme="majorBidi" w:cstheme="majorBidi"/>
          <w:sz w:val="20"/>
          <w:szCs w:val="20"/>
        </w:rPr>
      </w:pPr>
      <w:r w:rsidRPr="001B35B6">
        <w:rPr>
          <w:rFonts w:asciiTheme="majorBidi" w:hAnsiTheme="majorBidi" w:cstheme="majorBidi"/>
          <w:sz w:val="20"/>
          <w:szCs w:val="20"/>
        </w:rPr>
        <w:t xml:space="preserve">maximum sharpness and intensity, accompanied by strong c-axis-oriented growth, which reflects the highest degree of </w:t>
      </w:r>
      <w:proofErr w:type="gramStart"/>
      <w:r w:rsidRPr="001B35B6">
        <w:rPr>
          <w:rFonts w:asciiTheme="majorBidi" w:hAnsiTheme="majorBidi" w:cstheme="majorBidi"/>
          <w:sz w:val="20"/>
          <w:szCs w:val="20"/>
        </w:rPr>
        <w:t>crystallinity</w:t>
      </w:r>
      <w:proofErr w:type="gramEnd"/>
      <w:r w:rsidRPr="001B35B6">
        <w:rPr>
          <w:rFonts w:asciiTheme="majorBidi" w:hAnsiTheme="majorBidi" w:cstheme="majorBidi"/>
          <w:sz w:val="20"/>
          <w:szCs w:val="20"/>
        </w:rPr>
        <w:t xml:space="preserve"> and structural stability. However, at higher substitution levels (x ≥ 0.16), the peaks became broader and less intense, shifting slightly toward lower angles (Δ2θ ≈ −0.2° to −0.3°), indicating an expansion of the c-axis, increased lattice distortion, and the appearance of In-rich secondary phases such as In</w:t>
      </w:r>
      <w:r w:rsidR="00844445" w:rsidRPr="001B35B6">
        <w:rPr>
          <w:rFonts w:asciiTheme="majorBidi" w:hAnsiTheme="majorBidi" w:cstheme="majorBidi"/>
          <w:sz w:val="20"/>
          <w:szCs w:val="20"/>
          <w:vertAlign w:val="subscript"/>
        </w:rPr>
        <w:t>2</w:t>
      </w:r>
      <w:r w:rsidRPr="001B35B6">
        <w:rPr>
          <w:rFonts w:asciiTheme="majorBidi" w:hAnsiTheme="majorBidi" w:cstheme="majorBidi"/>
          <w:sz w:val="20"/>
          <w:szCs w:val="20"/>
        </w:rPr>
        <w:t>O</w:t>
      </w:r>
      <w:r w:rsidR="00844445" w:rsidRPr="001B35B6">
        <w:rPr>
          <w:rFonts w:asciiTheme="majorBidi" w:hAnsiTheme="majorBidi" w:cstheme="majorBidi"/>
          <w:sz w:val="20"/>
          <w:szCs w:val="20"/>
          <w:vertAlign w:val="subscript"/>
        </w:rPr>
        <w:t>3</w:t>
      </w:r>
      <w:r w:rsidRPr="001B35B6">
        <w:rPr>
          <w:rFonts w:asciiTheme="majorBidi" w:hAnsiTheme="majorBidi" w:cstheme="majorBidi"/>
          <w:sz w:val="20"/>
          <w:szCs w:val="20"/>
        </w:rPr>
        <w:t>.</w:t>
      </w:r>
    </w:p>
    <w:p w14:paraId="09272EB8" w14:textId="5B2FB0E0" w:rsidR="00895D46" w:rsidRPr="00895D46" w:rsidRDefault="00895D46" w:rsidP="00895D46">
      <w:pPr>
        <w:jc w:val="both"/>
        <w:rPr>
          <w:rFonts w:asciiTheme="majorBidi" w:hAnsiTheme="majorBidi" w:cstheme="majorBidi"/>
          <w:sz w:val="20"/>
          <w:szCs w:val="20"/>
        </w:rPr>
      </w:pPr>
      <w:r w:rsidRPr="00895D46">
        <w:rPr>
          <w:rFonts w:asciiTheme="majorBidi" w:hAnsiTheme="majorBidi" w:cstheme="majorBidi"/>
          <w:sz w:val="20"/>
          <w:szCs w:val="20"/>
        </w:rPr>
        <w:t>These structural observations are in full agreement with the FESEM images, which revealed a parallel morphological evolution across the series of samples [15]. The reference film (x = 0.00) exhibited a continuous but relatively rough surface, consisting of irregularly distributed nanograins intermixed with micrometer-sized droplets and clusters (5–10 µm). These large particulates originate from laser-induced splashing and partial mercury evaporation during pulsed laser deposition (PLD), both of which disrupt the uniformity of the growing film.</w:t>
      </w:r>
      <w:r>
        <w:rPr>
          <w:rFonts w:asciiTheme="majorBidi" w:hAnsiTheme="majorBidi" w:cstheme="majorBidi"/>
          <w:sz w:val="20"/>
          <w:szCs w:val="20"/>
        </w:rPr>
        <w:t xml:space="preserve"> </w:t>
      </w:r>
      <w:r w:rsidRPr="00895D46">
        <w:rPr>
          <w:rFonts w:asciiTheme="majorBidi" w:hAnsiTheme="majorBidi" w:cstheme="majorBidi"/>
          <w:sz w:val="20"/>
          <w:szCs w:val="20"/>
        </w:rPr>
        <w:t>With the introduction of indium at low concentrations (x = 0.04–0.08), a clear improvement in surface morphology was observed. The films became smoother and more homogeneous, displaying well-distributed nanograins of approximately 25–45 nm with significantly fewer voids between neighboring grains. This enhanced uniformity suggests improved grain connectivity and a reduction in structural defects, likely due to the stabilizing influence of indium on the crystal lattice. The pronounced decrease in the number and size of surface droplets further indicates more stable plume dynamics during PLD, promoting denser film formation and the development of more effective magnetic flux-pinning centers, which are crucial for optimizing superconducting performance [16].</w:t>
      </w:r>
      <w:r>
        <w:rPr>
          <w:rFonts w:asciiTheme="majorBidi" w:hAnsiTheme="majorBidi" w:cstheme="majorBidi"/>
          <w:sz w:val="20"/>
          <w:szCs w:val="20"/>
        </w:rPr>
        <w:t xml:space="preserve"> </w:t>
      </w:r>
      <w:r w:rsidRPr="00895D46">
        <w:rPr>
          <w:rFonts w:asciiTheme="majorBidi" w:hAnsiTheme="majorBidi" w:cstheme="majorBidi"/>
          <w:sz w:val="20"/>
          <w:szCs w:val="20"/>
        </w:rPr>
        <w:t>At the optimal doping level (x = 0.12), the film exhibited its highest structural quality, characterized by a compact, dense, and highly coherent nanograin network. The grains were tightly packed with nearly complete elimination of micro-voids, demonstrating a high degree of lattice ordering. Such morphology typically correlates with improved superconducting properties due to minimized weak-link regions and enhanced current-carrying pathways.</w:t>
      </w:r>
      <w:r>
        <w:rPr>
          <w:rFonts w:asciiTheme="majorBidi" w:hAnsiTheme="majorBidi" w:cstheme="majorBidi"/>
          <w:sz w:val="20"/>
          <w:szCs w:val="20"/>
        </w:rPr>
        <w:t xml:space="preserve"> </w:t>
      </w:r>
      <w:r w:rsidRPr="00895D46">
        <w:rPr>
          <w:rFonts w:asciiTheme="majorBidi" w:hAnsiTheme="majorBidi" w:cstheme="majorBidi"/>
          <w:sz w:val="20"/>
          <w:szCs w:val="20"/>
        </w:rPr>
        <w:t xml:space="preserve">However, at higher concentrations (x ≥ 0.16), the trend reversed. The excessive indium substitution introduced substantial lattice strain, driving the nanograins to aggregate into larger clusters and irregular microstructures. This agglomeration degraded the overall film homogeneity and compromised the smoothness of the surface. The formation of larger grain aggregates indicates that the crystal lattice becomes increasingly unstable beyond the optimal doping limit, leading to defect accumulation and local structural distortions [17]. Consequently, the morphological deterioration at higher doping levels reflects a breakdown in film quality, consistent with the expected structural limitations of over-substituted </w:t>
      </w:r>
      <w:proofErr w:type="spellStart"/>
      <w:r w:rsidRPr="00895D46">
        <w:rPr>
          <w:rFonts w:asciiTheme="majorBidi" w:hAnsiTheme="majorBidi" w:cstheme="majorBidi"/>
          <w:sz w:val="20"/>
          <w:szCs w:val="20"/>
        </w:rPr>
        <w:t>cuprate</w:t>
      </w:r>
      <w:proofErr w:type="spellEnd"/>
      <w:r w:rsidRPr="00895D46">
        <w:rPr>
          <w:rFonts w:asciiTheme="majorBidi" w:hAnsiTheme="majorBidi" w:cstheme="majorBidi"/>
          <w:sz w:val="20"/>
          <w:szCs w:val="20"/>
        </w:rPr>
        <w:t xml:space="preserve"> systems.</w:t>
      </w:r>
    </w:p>
    <w:p w14:paraId="4471C44C" w14:textId="23497A63" w:rsidR="00586A6E" w:rsidRPr="001B35B6" w:rsidRDefault="00586A6E" w:rsidP="00B42802">
      <w:pPr>
        <w:jc w:val="both"/>
        <w:rPr>
          <w:rFonts w:asciiTheme="majorBidi" w:hAnsiTheme="majorBidi" w:cstheme="majorBidi"/>
          <w:sz w:val="20"/>
          <w:szCs w:val="20"/>
        </w:rPr>
      </w:pPr>
    </w:p>
    <w:tbl>
      <w:tblPr>
        <w:tblStyle w:val="TableGrid"/>
        <w:tblpPr w:leftFromText="180" w:rightFromText="180" w:vertAnchor="page" w:horzAnchor="page" w:tblpXSpec="center" w:tblpY="16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4"/>
        <w:gridCol w:w="4386"/>
      </w:tblGrid>
      <w:tr w:rsidR="00D128E1" w:rsidRPr="00B42802" w14:paraId="787DB158" w14:textId="77777777" w:rsidTr="001D2CF7">
        <w:tc>
          <w:tcPr>
            <w:tcW w:w="4315" w:type="dxa"/>
          </w:tcPr>
          <w:p w14:paraId="3CEA3CA1" w14:textId="183F48A0" w:rsidR="00D128E1" w:rsidRPr="00A64658" w:rsidRDefault="00A64658" w:rsidP="00C030AC">
            <w:pPr>
              <w:jc w:val="center"/>
              <w:rPr>
                <w:rFonts w:asciiTheme="majorBidi" w:hAnsiTheme="majorBidi" w:cstheme="majorBidi"/>
                <w:sz w:val="20"/>
                <w:szCs w:val="20"/>
                <w:lang w:val="en-GB" w:bidi="ar-IQ"/>
              </w:rPr>
            </w:pPr>
            <w:r>
              <w:rPr>
                <w:noProof/>
              </w:rPr>
              <w:drawing>
                <wp:inline distT="0" distB="0" distL="0" distR="0" wp14:anchorId="22F3E241" wp14:editId="09E23157">
                  <wp:extent cx="2648477" cy="1865199"/>
                  <wp:effectExtent l="0" t="0" r="0" b="1905"/>
                  <wp:docPr id="2624347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34709" name="Picture 1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8477" cy="1865199"/>
                          </a:xfrm>
                          <a:prstGeom prst="rect">
                            <a:avLst/>
                          </a:prstGeom>
                          <a:noFill/>
                          <a:ln>
                            <a:noFill/>
                          </a:ln>
                        </pic:spPr>
                      </pic:pic>
                    </a:graphicData>
                  </a:graphic>
                </wp:inline>
              </w:drawing>
            </w:r>
          </w:p>
        </w:tc>
        <w:tc>
          <w:tcPr>
            <w:tcW w:w="4315" w:type="dxa"/>
          </w:tcPr>
          <w:p w14:paraId="0124B699" w14:textId="6497541F" w:rsidR="004C2F11" w:rsidRPr="00EA6A68" w:rsidRDefault="00A64658" w:rsidP="00C030AC">
            <w:pPr>
              <w:jc w:val="center"/>
              <w:rPr>
                <w:rFonts w:asciiTheme="majorBidi" w:hAnsiTheme="majorBidi" w:cstheme="majorBidi"/>
                <w:sz w:val="20"/>
                <w:szCs w:val="20"/>
                <w:lang w:bidi="ar-IQ"/>
              </w:rPr>
            </w:pPr>
            <w:r>
              <w:rPr>
                <w:noProof/>
              </w:rPr>
              <w:drawing>
                <wp:inline distT="0" distB="0" distL="0" distR="0" wp14:anchorId="5C42E906" wp14:editId="069899D0">
                  <wp:extent cx="2647850" cy="1865199"/>
                  <wp:effectExtent l="0" t="0" r="635" b="1905"/>
                  <wp:docPr id="17004508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50812" name="Picture 2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7850" cy="1865199"/>
                          </a:xfrm>
                          <a:prstGeom prst="rect">
                            <a:avLst/>
                          </a:prstGeom>
                          <a:noFill/>
                          <a:ln>
                            <a:noFill/>
                          </a:ln>
                        </pic:spPr>
                      </pic:pic>
                    </a:graphicData>
                  </a:graphic>
                </wp:inline>
              </w:drawing>
            </w:r>
          </w:p>
        </w:tc>
      </w:tr>
      <w:tr w:rsidR="00D128E1" w:rsidRPr="00B42802" w14:paraId="416D2600" w14:textId="77777777" w:rsidTr="001D2CF7">
        <w:tc>
          <w:tcPr>
            <w:tcW w:w="4315" w:type="dxa"/>
          </w:tcPr>
          <w:p w14:paraId="09096BCB" w14:textId="75800427" w:rsidR="00D128E1" w:rsidRPr="00EA6A68" w:rsidRDefault="00D128E1" w:rsidP="00C030AC">
            <w:pPr>
              <w:jc w:val="center"/>
              <w:rPr>
                <w:rFonts w:asciiTheme="majorBidi" w:hAnsiTheme="majorBidi" w:cstheme="majorBidi"/>
                <w:sz w:val="20"/>
                <w:szCs w:val="20"/>
                <w:lang w:bidi="ar-IQ"/>
              </w:rPr>
            </w:pPr>
            <w:r w:rsidRPr="00EA6A68">
              <w:rPr>
                <w:rFonts w:asciiTheme="majorBidi" w:hAnsiTheme="majorBidi" w:cstheme="majorBidi"/>
                <w:sz w:val="20"/>
                <w:szCs w:val="20"/>
                <w:lang w:bidi="ar-IQ"/>
              </w:rPr>
              <w:t>(a)</w:t>
            </w:r>
          </w:p>
        </w:tc>
        <w:tc>
          <w:tcPr>
            <w:tcW w:w="4315" w:type="dxa"/>
          </w:tcPr>
          <w:p w14:paraId="4978FC20" w14:textId="2BF1BE6A" w:rsidR="00D128E1" w:rsidRPr="00EA6A68" w:rsidRDefault="00D128E1" w:rsidP="00C030AC">
            <w:pPr>
              <w:jc w:val="center"/>
              <w:rPr>
                <w:rFonts w:asciiTheme="majorBidi" w:hAnsiTheme="majorBidi" w:cstheme="majorBidi"/>
                <w:sz w:val="20"/>
                <w:szCs w:val="20"/>
                <w:lang w:bidi="ar-IQ"/>
              </w:rPr>
            </w:pPr>
            <w:r w:rsidRPr="00EA6A68">
              <w:rPr>
                <w:rFonts w:asciiTheme="majorBidi" w:hAnsiTheme="majorBidi" w:cstheme="majorBidi"/>
                <w:sz w:val="20"/>
                <w:szCs w:val="20"/>
                <w:lang w:bidi="ar-IQ"/>
              </w:rPr>
              <w:t>(b)</w:t>
            </w:r>
          </w:p>
        </w:tc>
      </w:tr>
      <w:tr w:rsidR="00D128E1" w:rsidRPr="00B42802" w14:paraId="5A5857B4" w14:textId="77777777" w:rsidTr="001D2CF7">
        <w:tc>
          <w:tcPr>
            <w:tcW w:w="4315" w:type="dxa"/>
          </w:tcPr>
          <w:p w14:paraId="414CF132" w14:textId="4B9302E2" w:rsidR="00D128E1" w:rsidRPr="00A64658" w:rsidRDefault="00A64658" w:rsidP="00C030AC">
            <w:pPr>
              <w:jc w:val="center"/>
              <w:rPr>
                <w:rFonts w:asciiTheme="majorBidi" w:hAnsiTheme="majorBidi" w:cstheme="majorBidi"/>
                <w:sz w:val="20"/>
                <w:szCs w:val="20"/>
                <w:lang w:val="en-GB" w:bidi="ar-IQ"/>
              </w:rPr>
            </w:pPr>
            <w:r>
              <w:rPr>
                <w:noProof/>
              </w:rPr>
              <w:drawing>
                <wp:inline distT="0" distB="0" distL="0" distR="0" wp14:anchorId="10512D4B" wp14:editId="49CC790C">
                  <wp:extent cx="2624656" cy="1510776"/>
                  <wp:effectExtent l="0" t="0" r="4445" b="0"/>
                  <wp:docPr id="19263279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27909" name="Picture 1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2624656" cy="1510776"/>
                          </a:xfrm>
                          <a:prstGeom prst="rect">
                            <a:avLst/>
                          </a:prstGeom>
                          <a:noFill/>
                          <a:ln>
                            <a:noFill/>
                          </a:ln>
                        </pic:spPr>
                      </pic:pic>
                    </a:graphicData>
                  </a:graphic>
                </wp:inline>
              </w:drawing>
            </w:r>
          </w:p>
        </w:tc>
        <w:tc>
          <w:tcPr>
            <w:tcW w:w="4315" w:type="dxa"/>
          </w:tcPr>
          <w:p w14:paraId="3FCDEF0B" w14:textId="7B41B360" w:rsidR="00EA6A68" w:rsidRPr="00EA6A68" w:rsidRDefault="00A64658" w:rsidP="00C030AC">
            <w:pPr>
              <w:jc w:val="center"/>
              <w:rPr>
                <w:rFonts w:asciiTheme="majorBidi" w:hAnsiTheme="majorBidi" w:cstheme="majorBidi"/>
                <w:sz w:val="20"/>
                <w:szCs w:val="20"/>
                <w:lang w:bidi="ar-IQ"/>
              </w:rPr>
            </w:pPr>
            <w:r>
              <w:rPr>
                <w:noProof/>
              </w:rPr>
              <w:drawing>
                <wp:inline distT="0" distB="0" distL="0" distR="0" wp14:anchorId="2DAE4E0B" wp14:editId="68A19701">
                  <wp:extent cx="2625283" cy="1534766"/>
                  <wp:effectExtent l="0" t="0" r="3810" b="8890"/>
                  <wp:docPr id="3671470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47055" name="Picture 2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5283" cy="1534766"/>
                          </a:xfrm>
                          <a:prstGeom prst="rect">
                            <a:avLst/>
                          </a:prstGeom>
                          <a:noFill/>
                          <a:ln>
                            <a:noFill/>
                          </a:ln>
                        </pic:spPr>
                      </pic:pic>
                    </a:graphicData>
                  </a:graphic>
                </wp:inline>
              </w:drawing>
            </w:r>
          </w:p>
        </w:tc>
      </w:tr>
      <w:tr w:rsidR="00D128E1" w:rsidRPr="00B42802" w14:paraId="3F6066F6" w14:textId="77777777" w:rsidTr="001D2CF7">
        <w:tc>
          <w:tcPr>
            <w:tcW w:w="4315" w:type="dxa"/>
          </w:tcPr>
          <w:p w14:paraId="0A298503" w14:textId="3D31C898" w:rsidR="00D128E1" w:rsidRPr="00EA6A68" w:rsidRDefault="00D128E1" w:rsidP="00C030AC">
            <w:pPr>
              <w:jc w:val="center"/>
              <w:rPr>
                <w:rFonts w:asciiTheme="majorBidi" w:hAnsiTheme="majorBidi" w:cstheme="majorBidi"/>
                <w:sz w:val="20"/>
                <w:szCs w:val="20"/>
                <w:lang w:bidi="ar-IQ"/>
              </w:rPr>
            </w:pPr>
            <w:r w:rsidRPr="00EA6A68">
              <w:rPr>
                <w:rFonts w:asciiTheme="majorBidi" w:hAnsiTheme="majorBidi" w:cstheme="majorBidi"/>
                <w:sz w:val="20"/>
                <w:szCs w:val="20"/>
                <w:lang w:bidi="ar-IQ"/>
              </w:rPr>
              <w:t>(c)</w:t>
            </w:r>
          </w:p>
        </w:tc>
        <w:tc>
          <w:tcPr>
            <w:tcW w:w="4315" w:type="dxa"/>
          </w:tcPr>
          <w:p w14:paraId="75E077CA" w14:textId="07C6D85B" w:rsidR="00D128E1" w:rsidRPr="00EA6A68" w:rsidRDefault="00D128E1" w:rsidP="00C030AC">
            <w:pPr>
              <w:jc w:val="center"/>
              <w:rPr>
                <w:rFonts w:asciiTheme="majorBidi" w:hAnsiTheme="majorBidi" w:cstheme="majorBidi"/>
                <w:sz w:val="20"/>
                <w:szCs w:val="20"/>
                <w:lang w:bidi="ar-IQ"/>
              </w:rPr>
            </w:pPr>
            <w:r w:rsidRPr="00EA6A68">
              <w:rPr>
                <w:rFonts w:asciiTheme="majorBidi" w:hAnsiTheme="majorBidi" w:cstheme="majorBidi"/>
                <w:sz w:val="20"/>
                <w:szCs w:val="20"/>
                <w:lang w:bidi="ar-IQ"/>
              </w:rPr>
              <w:t>(d)</w:t>
            </w:r>
          </w:p>
        </w:tc>
      </w:tr>
      <w:tr w:rsidR="00D128E1" w:rsidRPr="00B42802" w14:paraId="43BA0631" w14:textId="77777777" w:rsidTr="001D2CF7">
        <w:tc>
          <w:tcPr>
            <w:tcW w:w="4315" w:type="dxa"/>
          </w:tcPr>
          <w:p w14:paraId="3B6A2A19" w14:textId="415CD237" w:rsidR="00D128E1" w:rsidRPr="00A64658" w:rsidRDefault="00A64658" w:rsidP="00C030AC">
            <w:pPr>
              <w:jc w:val="center"/>
              <w:rPr>
                <w:rFonts w:asciiTheme="majorBidi" w:hAnsiTheme="majorBidi" w:cstheme="majorBidi"/>
                <w:sz w:val="20"/>
                <w:szCs w:val="20"/>
                <w:lang w:val="en-GB" w:bidi="ar-IQ"/>
              </w:rPr>
            </w:pPr>
            <w:r>
              <w:rPr>
                <w:noProof/>
              </w:rPr>
              <w:drawing>
                <wp:inline distT="0" distB="0" distL="0" distR="0" wp14:anchorId="20F96532" wp14:editId="5518FE84">
                  <wp:extent cx="2672297" cy="1534160"/>
                  <wp:effectExtent l="0" t="0" r="0" b="8890"/>
                  <wp:docPr id="20627446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4467" name="Picture 3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2297" cy="1534160"/>
                          </a:xfrm>
                          <a:prstGeom prst="rect">
                            <a:avLst/>
                          </a:prstGeom>
                          <a:noFill/>
                          <a:ln>
                            <a:noFill/>
                          </a:ln>
                        </pic:spPr>
                      </pic:pic>
                    </a:graphicData>
                  </a:graphic>
                </wp:inline>
              </w:drawing>
            </w:r>
          </w:p>
        </w:tc>
        <w:tc>
          <w:tcPr>
            <w:tcW w:w="4315" w:type="dxa"/>
          </w:tcPr>
          <w:p w14:paraId="72DDD825" w14:textId="2ED15927" w:rsidR="00EA6A68" w:rsidRPr="00EA6A68" w:rsidRDefault="00A64658" w:rsidP="00C030AC">
            <w:pPr>
              <w:jc w:val="center"/>
              <w:rPr>
                <w:rFonts w:asciiTheme="majorBidi" w:hAnsiTheme="majorBidi" w:cstheme="majorBidi"/>
                <w:sz w:val="20"/>
                <w:szCs w:val="20"/>
                <w:lang w:bidi="ar-IQ"/>
              </w:rPr>
            </w:pPr>
            <w:r>
              <w:rPr>
                <w:rFonts w:asciiTheme="majorBidi" w:hAnsiTheme="majorBidi" w:cstheme="majorBidi"/>
                <w:noProof/>
                <w:sz w:val="20"/>
                <w:szCs w:val="20"/>
                <w:lang w:bidi="ar-IQ"/>
              </w:rPr>
              <w:drawing>
                <wp:anchor distT="0" distB="0" distL="114300" distR="114300" simplePos="0" relativeHeight="251700736" behindDoc="0" locked="0" layoutInCell="1" allowOverlap="1" wp14:anchorId="3055F5ED" wp14:editId="6CC846E2">
                  <wp:simplePos x="0" y="0"/>
                  <wp:positionH relativeFrom="column">
                    <wp:posOffset>-6350</wp:posOffset>
                  </wp:positionH>
                  <wp:positionV relativeFrom="paragraph">
                    <wp:posOffset>7620</wp:posOffset>
                  </wp:positionV>
                  <wp:extent cx="2647850" cy="1486829"/>
                  <wp:effectExtent l="0" t="0" r="635" b="0"/>
                  <wp:wrapNone/>
                  <wp:docPr id="12638244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24454" name="Picture 1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850" cy="1486829"/>
                          </a:xfrm>
                          <a:prstGeom prst="rect">
                            <a:avLst/>
                          </a:prstGeom>
                          <a:noFill/>
                          <a:ln>
                            <a:noFill/>
                          </a:ln>
                        </pic:spPr>
                      </pic:pic>
                    </a:graphicData>
                  </a:graphic>
                </wp:anchor>
              </w:drawing>
            </w:r>
          </w:p>
        </w:tc>
      </w:tr>
      <w:tr w:rsidR="00D128E1" w:rsidRPr="00B42802" w14:paraId="1710469C" w14:textId="77777777" w:rsidTr="001D2CF7">
        <w:tc>
          <w:tcPr>
            <w:tcW w:w="4315" w:type="dxa"/>
          </w:tcPr>
          <w:p w14:paraId="528C5E4A" w14:textId="39E93FC4" w:rsidR="00D128E1" w:rsidRPr="00EA6A68" w:rsidRDefault="00D128E1" w:rsidP="00C030AC">
            <w:pPr>
              <w:jc w:val="center"/>
              <w:rPr>
                <w:rFonts w:asciiTheme="majorBidi" w:hAnsiTheme="majorBidi" w:cstheme="majorBidi"/>
                <w:sz w:val="20"/>
                <w:szCs w:val="20"/>
                <w:lang w:bidi="ar-IQ"/>
              </w:rPr>
            </w:pPr>
            <w:r w:rsidRPr="00EA6A68">
              <w:rPr>
                <w:rFonts w:asciiTheme="majorBidi" w:hAnsiTheme="majorBidi" w:cstheme="majorBidi"/>
                <w:sz w:val="20"/>
                <w:szCs w:val="20"/>
                <w:lang w:bidi="ar-IQ"/>
              </w:rPr>
              <w:t>(e)</w:t>
            </w:r>
          </w:p>
        </w:tc>
        <w:tc>
          <w:tcPr>
            <w:tcW w:w="4315" w:type="dxa"/>
          </w:tcPr>
          <w:p w14:paraId="6E0A2A93" w14:textId="39F253AC" w:rsidR="00D128E1" w:rsidRPr="00EA6A68" w:rsidRDefault="00D128E1" w:rsidP="00C030AC">
            <w:pPr>
              <w:jc w:val="center"/>
              <w:rPr>
                <w:rFonts w:asciiTheme="majorBidi" w:hAnsiTheme="majorBidi" w:cstheme="majorBidi"/>
                <w:sz w:val="20"/>
                <w:szCs w:val="20"/>
                <w:lang w:bidi="ar-IQ"/>
              </w:rPr>
            </w:pPr>
            <w:r w:rsidRPr="00EA6A68">
              <w:rPr>
                <w:rFonts w:asciiTheme="majorBidi" w:hAnsiTheme="majorBidi" w:cstheme="majorBidi"/>
                <w:sz w:val="20"/>
                <w:szCs w:val="20"/>
                <w:lang w:bidi="ar-IQ"/>
              </w:rPr>
              <w:t>(f)</w:t>
            </w:r>
          </w:p>
        </w:tc>
      </w:tr>
    </w:tbl>
    <w:p w14:paraId="4E320149" w14:textId="6845C6EB" w:rsidR="00844445" w:rsidRPr="00844445" w:rsidRDefault="00844445" w:rsidP="002C5B70">
      <w:pPr>
        <w:jc w:val="center"/>
        <w:rPr>
          <w:rFonts w:asciiTheme="majorBidi" w:hAnsiTheme="majorBidi" w:cstheme="majorBidi"/>
          <w:sz w:val="2"/>
          <w:szCs w:val="2"/>
        </w:rPr>
      </w:pPr>
    </w:p>
    <w:p w14:paraId="5C1AA568" w14:textId="51452E3F" w:rsidR="00D128E1" w:rsidRPr="001B35B6" w:rsidRDefault="00AD21B1" w:rsidP="002C5B70">
      <w:pPr>
        <w:jc w:val="center"/>
        <w:rPr>
          <w:rFonts w:asciiTheme="majorBidi" w:hAnsiTheme="majorBidi" w:cstheme="majorBidi"/>
          <w:sz w:val="18"/>
          <w:szCs w:val="18"/>
        </w:rPr>
      </w:pPr>
      <w:r w:rsidRPr="001B35B6">
        <w:rPr>
          <w:rFonts w:asciiTheme="majorBidi" w:hAnsiTheme="majorBidi" w:cstheme="majorBidi"/>
          <w:b/>
          <w:bCs/>
          <w:sz w:val="18"/>
          <w:szCs w:val="18"/>
        </w:rPr>
        <w:t>FIGURE</w:t>
      </w:r>
      <w:r>
        <w:rPr>
          <w:rFonts w:asciiTheme="majorBidi" w:hAnsiTheme="majorBidi" w:cstheme="majorBidi"/>
          <w:b/>
          <w:bCs/>
          <w:sz w:val="18"/>
          <w:szCs w:val="18"/>
        </w:rPr>
        <w:t xml:space="preserve"> </w:t>
      </w:r>
      <w:r w:rsidRPr="001B35B6">
        <w:rPr>
          <w:rFonts w:asciiTheme="majorBidi" w:hAnsiTheme="majorBidi" w:cstheme="majorBidi"/>
          <w:b/>
          <w:bCs/>
          <w:sz w:val="18"/>
          <w:szCs w:val="18"/>
        </w:rPr>
        <w:t>4</w:t>
      </w:r>
      <w:r>
        <w:rPr>
          <w:rFonts w:asciiTheme="majorBidi" w:hAnsiTheme="majorBidi" w:cstheme="majorBidi"/>
          <w:b/>
          <w:bCs/>
          <w:sz w:val="18"/>
          <w:szCs w:val="18"/>
        </w:rPr>
        <w:t>.</w:t>
      </w:r>
      <w:r w:rsidRPr="001B35B6">
        <w:rPr>
          <w:rFonts w:asciiTheme="majorBidi" w:hAnsiTheme="majorBidi" w:cstheme="majorBidi"/>
          <w:sz w:val="18"/>
          <w:szCs w:val="18"/>
        </w:rPr>
        <w:t xml:space="preserve"> </w:t>
      </w:r>
      <w:r w:rsidR="00844445" w:rsidRPr="001B35B6">
        <w:rPr>
          <w:rFonts w:asciiTheme="majorBidi" w:hAnsiTheme="majorBidi" w:cstheme="majorBidi"/>
          <w:sz w:val="18"/>
          <w:szCs w:val="18"/>
        </w:rPr>
        <w:t>FESEM micrographs of Hg</w:t>
      </w:r>
      <w:r w:rsidR="00844445" w:rsidRPr="001B35B6">
        <w:rPr>
          <w:rFonts w:asciiTheme="majorBidi" w:hAnsiTheme="majorBidi" w:cstheme="majorBidi"/>
          <w:sz w:val="18"/>
          <w:szCs w:val="18"/>
          <w:vertAlign w:val="subscript"/>
        </w:rPr>
        <w:t>1-x</w:t>
      </w:r>
      <w:r w:rsidR="00844445" w:rsidRPr="001B35B6">
        <w:rPr>
          <w:rFonts w:asciiTheme="majorBidi" w:hAnsiTheme="majorBidi" w:cstheme="majorBidi"/>
          <w:sz w:val="18"/>
          <w:szCs w:val="18"/>
        </w:rPr>
        <w:t>InₓBa</w:t>
      </w:r>
      <w:r w:rsidR="00844445" w:rsidRPr="001B35B6">
        <w:rPr>
          <w:rFonts w:asciiTheme="majorBidi" w:hAnsiTheme="majorBidi" w:cstheme="majorBidi"/>
          <w:sz w:val="18"/>
          <w:szCs w:val="18"/>
          <w:vertAlign w:val="subscript"/>
        </w:rPr>
        <w:t>2</w:t>
      </w:r>
      <w:r w:rsidR="00844445" w:rsidRPr="001B35B6">
        <w:rPr>
          <w:rFonts w:asciiTheme="majorBidi" w:hAnsiTheme="majorBidi" w:cstheme="majorBidi"/>
          <w:sz w:val="18"/>
          <w:szCs w:val="18"/>
        </w:rPr>
        <w:t>Ca</w:t>
      </w:r>
      <w:r w:rsidR="00844445" w:rsidRPr="001B35B6">
        <w:rPr>
          <w:rFonts w:asciiTheme="majorBidi" w:hAnsiTheme="majorBidi" w:cstheme="majorBidi"/>
          <w:sz w:val="18"/>
          <w:szCs w:val="18"/>
          <w:vertAlign w:val="subscript"/>
        </w:rPr>
        <w:t>2</w:t>
      </w:r>
      <w:r w:rsidR="00844445" w:rsidRPr="001B35B6">
        <w:rPr>
          <w:rFonts w:asciiTheme="majorBidi" w:hAnsiTheme="majorBidi" w:cstheme="majorBidi"/>
          <w:sz w:val="18"/>
          <w:szCs w:val="18"/>
        </w:rPr>
        <w:t>Cu</w:t>
      </w:r>
      <w:r w:rsidR="00844445" w:rsidRPr="001B35B6">
        <w:rPr>
          <w:rFonts w:asciiTheme="majorBidi" w:hAnsiTheme="majorBidi" w:cstheme="majorBidi"/>
          <w:sz w:val="18"/>
          <w:szCs w:val="18"/>
          <w:vertAlign w:val="subscript"/>
        </w:rPr>
        <w:t>2.8</w:t>
      </w:r>
      <w:r w:rsidR="00844445" w:rsidRPr="001B35B6">
        <w:rPr>
          <w:rFonts w:asciiTheme="majorBidi" w:hAnsiTheme="majorBidi" w:cstheme="majorBidi"/>
          <w:sz w:val="18"/>
          <w:szCs w:val="18"/>
        </w:rPr>
        <w:t>Ti</w:t>
      </w:r>
      <w:r w:rsidR="00844445" w:rsidRPr="001B35B6">
        <w:rPr>
          <w:rFonts w:asciiTheme="majorBidi" w:hAnsiTheme="majorBidi" w:cstheme="majorBidi"/>
          <w:sz w:val="18"/>
          <w:szCs w:val="18"/>
          <w:vertAlign w:val="subscript"/>
        </w:rPr>
        <w:t>0.2</w:t>
      </w:r>
      <w:r w:rsidR="00844445" w:rsidRPr="001B35B6">
        <w:rPr>
          <w:rFonts w:asciiTheme="majorBidi" w:hAnsiTheme="majorBidi" w:cstheme="majorBidi"/>
          <w:sz w:val="18"/>
          <w:szCs w:val="18"/>
        </w:rPr>
        <w:t>O</w:t>
      </w:r>
      <w:r w:rsidR="00844445" w:rsidRPr="001B35B6">
        <w:rPr>
          <w:rFonts w:asciiTheme="majorBidi" w:hAnsiTheme="majorBidi" w:cstheme="majorBidi"/>
          <w:sz w:val="18"/>
          <w:szCs w:val="18"/>
          <w:vertAlign w:val="subscript"/>
        </w:rPr>
        <w:t>8+δ</w:t>
      </w:r>
      <w:r w:rsidR="00844445" w:rsidRPr="001B35B6">
        <w:rPr>
          <w:rFonts w:asciiTheme="majorBidi" w:hAnsiTheme="majorBidi" w:cstheme="majorBidi"/>
          <w:sz w:val="18"/>
          <w:szCs w:val="18"/>
        </w:rPr>
        <w:t xml:space="preserve"> thin</w:t>
      </w:r>
      <w:r w:rsidR="00844445" w:rsidRPr="001B35B6">
        <w:rPr>
          <w:rFonts w:asciiTheme="majorBidi" w:hAnsiTheme="majorBidi" w:cstheme="majorBidi"/>
          <w:sz w:val="18"/>
          <w:szCs w:val="18"/>
          <w:rtl/>
        </w:rPr>
        <w:t xml:space="preserve"> </w:t>
      </w:r>
      <w:r w:rsidR="00844445" w:rsidRPr="001B35B6">
        <w:rPr>
          <w:rFonts w:asciiTheme="majorBidi" w:hAnsiTheme="majorBidi" w:cstheme="majorBidi"/>
          <w:sz w:val="18"/>
          <w:szCs w:val="18"/>
        </w:rPr>
        <w:t>films at various indium concentrations:</w:t>
      </w:r>
      <w:r w:rsidR="00ED461A">
        <w:rPr>
          <w:rFonts w:asciiTheme="majorBidi" w:hAnsiTheme="majorBidi" w:cstheme="majorBidi"/>
          <w:sz w:val="18"/>
          <w:szCs w:val="18"/>
        </w:rPr>
        <w:t xml:space="preserve"> </w:t>
      </w:r>
      <w:r w:rsidR="00844445" w:rsidRPr="001B35B6">
        <w:rPr>
          <w:rFonts w:asciiTheme="majorBidi" w:hAnsiTheme="majorBidi" w:cstheme="majorBidi"/>
          <w:sz w:val="18"/>
          <w:szCs w:val="18"/>
        </w:rPr>
        <w:t>(a) x = 0.00 Irregular nanograins with micro-</w:t>
      </w:r>
      <w:r w:rsidR="00AF0022" w:rsidRPr="001B35B6">
        <w:rPr>
          <w:rFonts w:asciiTheme="majorBidi" w:hAnsiTheme="majorBidi" w:cstheme="majorBidi"/>
          <w:sz w:val="18"/>
          <w:szCs w:val="18"/>
        </w:rPr>
        <w:t>droplets. (</w:t>
      </w:r>
      <w:r w:rsidR="00844445" w:rsidRPr="001B35B6">
        <w:rPr>
          <w:rFonts w:asciiTheme="majorBidi" w:hAnsiTheme="majorBidi" w:cstheme="majorBidi"/>
          <w:sz w:val="18"/>
          <w:szCs w:val="18"/>
        </w:rPr>
        <w:t>b) x = 0.04 – Improved uniformity and finer grains.</w:t>
      </w:r>
      <w:r w:rsidR="002C5B70">
        <w:rPr>
          <w:rFonts w:asciiTheme="majorBidi" w:hAnsiTheme="majorBidi" w:cstheme="majorBidi"/>
          <w:sz w:val="18"/>
          <w:szCs w:val="18"/>
        </w:rPr>
        <w:t xml:space="preserve"> </w:t>
      </w:r>
      <w:r w:rsidR="00844445" w:rsidRPr="001B35B6">
        <w:rPr>
          <w:rFonts w:asciiTheme="majorBidi" w:hAnsiTheme="majorBidi" w:cstheme="majorBidi"/>
          <w:sz w:val="18"/>
          <w:szCs w:val="18"/>
        </w:rPr>
        <w:t>(c) x = 0.08 – Compact, homogeneous nanostructure.</w:t>
      </w:r>
      <w:r w:rsidR="00616AE4">
        <w:rPr>
          <w:rFonts w:asciiTheme="majorBidi" w:hAnsiTheme="majorBidi" w:cstheme="majorBidi"/>
          <w:sz w:val="18"/>
          <w:szCs w:val="18"/>
        </w:rPr>
        <w:t xml:space="preserve"> </w:t>
      </w:r>
      <w:r w:rsidR="00844445" w:rsidRPr="001B35B6">
        <w:rPr>
          <w:rFonts w:asciiTheme="majorBidi" w:hAnsiTheme="majorBidi" w:cstheme="majorBidi"/>
          <w:sz w:val="18"/>
          <w:szCs w:val="18"/>
        </w:rPr>
        <w:t>(d) x = 0.12 – Densely packed optimal morphology.</w:t>
      </w:r>
      <w:r w:rsidR="00ED461A">
        <w:rPr>
          <w:rFonts w:asciiTheme="majorBidi" w:hAnsiTheme="majorBidi" w:cstheme="majorBidi"/>
          <w:sz w:val="18"/>
          <w:szCs w:val="18"/>
        </w:rPr>
        <w:t xml:space="preserve"> </w:t>
      </w:r>
      <w:r w:rsidR="00844445" w:rsidRPr="001B35B6">
        <w:rPr>
          <w:rFonts w:asciiTheme="majorBidi" w:hAnsiTheme="majorBidi" w:cstheme="majorBidi"/>
          <w:sz w:val="18"/>
          <w:szCs w:val="18"/>
        </w:rPr>
        <w:t>(e) x = 0.16 – Grain clustering and increased roughness.</w:t>
      </w:r>
      <w:r w:rsidR="004F2468">
        <w:rPr>
          <w:rFonts w:asciiTheme="majorBidi" w:hAnsiTheme="majorBidi" w:cstheme="majorBidi"/>
          <w:sz w:val="18"/>
          <w:szCs w:val="18"/>
        </w:rPr>
        <w:t xml:space="preserve"> </w:t>
      </w:r>
      <w:r w:rsidR="00844445" w:rsidRPr="001B35B6">
        <w:rPr>
          <w:rFonts w:asciiTheme="majorBidi" w:hAnsiTheme="majorBidi" w:cstheme="majorBidi"/>
          <w:sz w:val="18"/>
          <w:szCs w:val="18"/>
        </w:rPr>
        <w:t>(f) x = 0.20 – Irregular large particles and phase segregation.</w:t>
      </w:r>
    </w:p>
    <w:p w14:paraId="467E509D" w14:textId="77777777" w:rsidR="00D128E1" w:rsidRPr="00D128E1" w:rsidRDefault="00D128E1" w:rsidP="00D128E1">
      <w:pPr>
        <w:jc w:val="both"/>
        <w:rPr>
          <w:rFonts w:asciiTheme="majorBidi" w:hAnsiTheme="majorBidi" w:cstheme="majorBidi"/>
          <w:sz w:val="2"/>
          <w:szCs w:val="2"/>
        </w:rPr>
      </w:pPr>
    </w:p>
    <w:p w14:paraId="5E327D5C" w14:textId="24598172" w:rsidR="00AF0022" w:rsidRDefault="00AF0022" w:rsidP="00EA6A68">
      <w:pPr>
        <w:ind w:firstLine="284"/>
        <w:jc w:val="both"/>
        <w:rPr>
          <w:rFonts w:asciiTheme="majorBidi" w:hAnsiTheme="majorBidi" w:cstheme="majorBidi"/>
          <w:sz w:val="20"/>
          <w:szCs w:val="20"/>
        </w:rPr>
      </w:pPr>
      <w:r w:rsidRPr="001B35B6">
        <w:rPr>
          <w:rFonts w:asciiTheme="majorBidi" w:hAnsiTheme="majorBidi" w:cstheme="majorBidi"/>
          <w:sz w:val="20"/>
          <w:szCs w:val="20"/>
        </w:rPr>
        <w:t>AFM analysis further supported these findings. The quantitative surface parameters—root mean square roughness (Sq), skewness (</w:t>
      </w:r>
      <w:proofErr w:type="spellStart"/>
      <w:r w:rsidRPr="001B35B6">
        <w:rPr>
          <w:rFonts w:asciiTheme="majorBidi" w:hAnsiTheme="majorBidi" w:cstheme="majorBidi"/>
          <w:sz w:val="20"/>
          <w:szCs w:val="20"/>
        </w:rPr>
        <w:t>Ssk</w:t>
      </w:r>
      <w:proofErr w:type="spellEnd"/>
      <w:r w:rsidRPr="001B35B6">
        <w:rPr>
          <w:rFonts w:asciiTheme="majorBidi" w:hAnsiTheme="majorBidi" w:cstheme="majorBidi"/>
          <w:sz w:val="20"/>
          <w:szCs w:val="20"/>
        </w:rPr>
        <w:t>), and kurtosis (</w:t>
      </w:r>
      <w:proofErr w:type="spellStart"/>
      <w:r w:rsidRPr="001B35B6">
        <w:rPr>
          <w:rFonts w:asciiTheme="majorBidi" w:hAnsiTheme="majorBidi" w:cstheme="majorBidi"/>
          <w:sz w:val="20"/>
          <w:szCs w:val="20"/>
        </w:rPr>
        <w:t>Sku</w:t>
      </w:r>
      <w:proofErr w:type="spellEnd"/>
      <w:r w:rsidRPr="001B35B6">
        <w:rPr>
          <w:rFonts w:asciiTheme="majorBidi" w:hAnsiTheme="majorBidi" w:cstheme="majorBidi"/>
          <w:sz w:val="20"/>
          <w:szCs w:val="20"/>
        </w:rPr>
        <w:t>)—confirmed that the sample with x = 0.12 had the lowest roughness (Sq ≈ 4.99 nm), nearly symmetric height distribution (</w:t>
      </w:r>
      <w:proofErr w:type="spellStart"/>
      <w:r w:rsidRPr="001B35B6">
        <w:rPr>
          <w:rFonts w:asciiTheme="majorBidi" w:hAnsiTheme="majorBidi" w:cstheme="majorBidi"/>
          <w:sz w:val="20"/>
          <w:szCs w:val="20"/>
        </w:rPr>
        <w:t>Ssk</w:t>
      </w:r>
      <w:proofErr w:type="spellEnd"/>
      <w:r w:rsidRPr="001B35B6">
        <w:rPr>
          <w:rFonts w:asciiTheme="majorBidi" w:hAnsiTheme="majorBidi" w:cstheme="majorBidi"/>
          <w:sz w:val="20"/>
          <w:szCs w:val="20"/>
        </w:rPr>
        <w:t xml:space="preserve"> ≈ 0.099), and moderate kurtosis (</w:t>
      </w:r>
      <w:proofErr w:type="spellStart"/>
      <w:r w:rsidRPr="001B35B6">
        <w:rPr>
          <w:rFonts w:asciiTheme="majorBidi" w:hAnsiTheme="majorBidi" w:cstheme="majorBidi"/>
          <w:sz w:val="20"/>
          <w:szCs w:val="20"/>
        </w:rPr>
        <w:t>Sku</w:t>
      </w:r>
      <w:proofErr w:type="spellEnd"/>
      <w:r w:rsidRPr="001B35B6">
        <w:rPr>
          <w:rFonts w:asciiTheme="majorBidi" w:hAnsiTheme="majorBidi" w:cstheme="majorBidi"/>
          <w:sz w:val="20"/>
          <w:szCs w:val="20"/>
        </w:rPr>
        <w:t xml:space="preserve"> ≈ 3.81), along with the lowest surface area ratio (SA/PA ≈ 1.261). These values indicate a highly uniform, smooth, and </w:t>
      </w:r>
      <w:r w:rsidRPr="00586A6E">
        <w:rPr>
          <w:rFonts w:asciiTheme="majorBidi" w:hAnsiTheme="majorBidi" w:cstheme="majorBidi"/>
          <w:sz w:val="20"/>
          <w:szCs w:val="20"/>
        </w:rPr>
        <w:t>Stable nanostructured surface</w:t>
      </w:r>
      <w:r>
        <w:rPr>
          <w:rFonts w:asciiTheme="majorBidi" w:hAnsiTheme="majorBidi" w:cstheme="majorBidi"/>
          <w:sz w:val="20"/>
          <w:szCs w:val="20"/>
        </w:rPr>
        <w:t xml:space="preserve"> [18]</w:t>
      </w:r>
      <w:r w:rsidRPr="00586A6E">
        <w:rPr>
          <w:rFonts w:asciiTheme="majorBidi" w:hAnsiTheme="majorBidi" w:cstheme="majorBidi"/>
          <w:sz w:val="20"/>
          <w:szCs w:val="20"/>
        </w:rPr>
        <w:t>. For higher substitution levels (x ≥ 0.16), both the roughness and surface irregularity increased significantly (Sq ≈ 7.62 nm, SA/PA ≈ 1.517), suggesting enhanced strain and grain aggregation. Although the x = 0.20 sample showed an apparently lower roughness (Sq ≈ 2.85 nm), it’s extremely high kurtosis (</w:t>
      </w:r>
      <w:proofErr w:type="spellStart"/>
      <w:r w:rsidRPr="00586A6E">
        <w:rPr>
          <w:rFonts w:asciiTheme="majorBidi" w:hAnsiTheme="majorBidi" w:cstheme="majorBidi"/>
          <w:sz w:val="20"/>
          <w:szCs w:val="20"/>
        </w:rPr>
        <w:t>Sku</w:t>
      </w:r>
      <w:proofErr w:type="spellEnd"/>
      <w:r w:rsidRPr="00586A6E">
        <w:rPr>
          <w:rFonts w:asciiTheme="majorBidi" w:hAnsiTheme="majorBidi" w:cstheme="majorBidi"/>
          <w:sz w:val="20"/>
          <w:szCs w:val="20"/>
        </w:rPr>
        <w:t xml:space="preserve"> ≈ 10.18) reflected an uneven surface likely caused by phase separation and the formation of a thin, smooth secondary In2O3 layer covering residual grains from the main phase</w:t>
      </w:r>
      <w:r>
        <w:rPr>
          <w:rFonts w:asciiTheme="majorBidi" w:hAnsiTheme="majorBidi" w:cstheme="majorBidi"/>
          <w:sz w:val="20"/>
          <w:szCs w:val="20"/>
        </w:rPr>
        <w:t xml:space="preserve"> [19]</w:t>
      </w:r>
      <w:r w:rsidRPr="00586A6E">
        <w:rPr>
          <w:rFonts w:asciiTheme="majorBidi" w:hAnsiTheme="majorBidi" w:cstheme="majorBidi"/>
          <w:sz w:val="20"/>
          <w:szCs w:val="20"/>
        </w:rPr>
        <w:t>.</w:t>
      </w:r>
    </w:p>
    <w:p w14:paraId="697602C4" w14:textId="74C86562" w:rsidR="00895D46" w:rsidRPr="00895D46" w:rsidRDefault="00895D46" w:rsidP="00895D46">
      <w:pPr>
        <w:ind w:firstLine="284"/>
        <w:jc w:val="both"/>
        <w:rPr>
          <w:rFonts w:asciiTheme="majorBidi" w:hAnsiTheme="majorBidi" w:cstheme="majorBidi"/>
          <w:sz w:val="20"/>
          <w:szCs w:val="20"/>
        </w:rPr>
      </w:pPr>
      <w:r w:rsidRPr="00895D46">
        <w:rPr>
          <w:rFonts w:asciiTheme="majorBidi" w:hAnsiTheme="majorBidi" w:cstheme="majorBidi"/>
          <w:sz w:val="20"/>
          <w:szCs w:val="20"/>
        </w:rPr>
        <w:lastRenderedPageBreak/>
        <w:t xml:space="preserve">In summary, limited indium substitution (up to x = 0.12) was found to significantly enhance the structural and morphological quality of the films. Within this range, indium effectively improved lattice ordering, reduced macrostrain, and promoted the formation of uniformly distributed nanograins with stronger </w:t>
      </w:r>
      <w:proofErr w:type="spellStart"/>
      <w:r w:rsidRPr="00895D46">
        <w:rPr>
          <w:rFonts w:asciiTheme="majorBidi" w:hAnsiTheme="majorBidi" w:cstheme="majorBidi"/>
          <w:sz w:val="20"/>
          <w:szCs w:val="20"/>
        </w:rPr>
        <w:t>intergrain</w:t>
      </w:r>
      <w:proofErr w:type="spellEnd"/>
      <w:r w:rsidRPr="00895D46">
        <w:rPr>
          <w:rFonts w:asciiTheme="majorBidi" w:hAnsiTheme="majorBidi" w:cstheme="majorBidi"/>
          <w:sz w:val="20"/>
          <w:szCs w:val="20"/>
        </w:rPr>
        <w:t xml:space="preserve"> coupling [20]. These improvements reflect a more stable crystal framework in which strain relaxation and controlled defect formation support coherent grain growth and improved film density.</w:t>
      </w:r>
      <w:r>
        <w:rPr>
          <w:rFonts w:asciiTheme="majorBidi" w:hAnsiTheme="majorBidi" w:cstheme="majorBidi"/>
          <w:sz w:val="20"/>
          <w:szCs w:val="20"/>
        </w:rPr>
        <w:t xml:space="preserve"> </w:t>
      </w:r>
      <w:r w:rsidRPr="00895D46">
        <w:rPr>
          <w:rFonts w:asciiTheme="majorBidi" w:hAnsiTheme="majorBidi" w:cstheme="majorBidi"/>
          <w:sz w:val="20"/>
          <w:szCs w:val="20"/>
        </w:rPr>
        <w:t>Beyond the optimal substitution level, however, excess indium introduced noticeable structural distortion and partial phase segregation. These effects manifested as surface roughening, nanograin agglomeration, and the development of micro-scale clusters, indicating a breakdown in lattice stability and an accumulation of local strain fields. Such over-substitution disrupts the ordered perovskite-like structure, leading to morphological degradation that weakens both grain connectivity and overall film quality [21].</w:t>
      </w:r>
      <w:r>
        <w:rPr>
          <w:rFonts w:asciiTheme="majorBidi" w:hAnsiTheme="majorBidi" w:cstheme="majorBidi"/>
          <w:sz w:val="20"/>
          <w:szCs w:val="20"/>
        </w:rPr>
        <w:t xml:space="preserve"> </w:t>
      </w:r>
      <w:r w:rsidRPr="00895D46">
        <w:rPr>
          <w:rFonts w:asciiTheme="majorBidi" w:hAnsiTheme="majorBidi" w:cstheme="majorBidi"/>
          <w:sz w:val="20"/>
          <w:szCs w:val="20"/>
        </w:rPr>
        <w:t>The close agreement between XRD, FESEM, and AFM results reinforces the conclusion that x = 0.12 represents the optimal indium substitution ratio. At this composition, the film achieves the best balance between crystallographic order and morphological smoothness, exhibiting a compact nanostructure with strong c-axis orientation, minimal surface roughness, and high grain uniformity. These characteristics are essential for high-performance superconducting thin-film applications, where enhanced grain alignment and reduced defect density directly support improved electrical transport properties [22].</w:t>
      </w:r>
    </w:p>
    <w:tbl>
      <w:tblPr>
        <w:tblStyle w:val="TableGrid"/>
        <w:tblpPr w:leftFromText="180" w:rightFromText="180" w:vertAnchor="text" w:horzAnchor="margin" w:tblpXSpec="center" w:tblpY="10"/>
        <w:tblW w:w="8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1"/>
      </w:tblGrid>
      <w:tr w:rsidR="00844445" w:rsidRPr="00D128E1" w14:paraId="63F398CE" w14:textId="77777777" w:rsidTr="001D2CF7">
        <w:trPr>
          <w:trHeight w:val="3675"/>
        </w:trPr>
        <w:tc>
          <w:tcPr>
            <w:tcW w:w="8871" w:type="dxa"/>
          </w:tcPr>
          <w:p w14:paraId="6665A18D" w14:textId="5270EBA7" w:rsidR="00844445" w:rsidRPr="00450131" w:rsidRDefault="00450131" w:rsidP="00450131">
            <w:pPr>
              <w:jc w:val="center"/>
              <w:rPr>
                <w:rFonts w:asciiTheme="majorBidi" w:hAnsiTheme="majorBidi" w:cstheme="majorBidi"/>
                <w:noProof/>
                <w:lang w:val="en-GB"/>
              </w:rPr>
            </w:pPr>
            <w:r>
              <w:rPr>
                <w:noProof/>
              </w:rPr>
              <w:drawing>
                <wp:inline distT="0" distB="0" distL="0" distR="0" wp14:anchorId="78AD2654" wp14:editId="3C82811E">
                  <wp:extent cx="2785199" cy="2289658"/>
                  <wp:effectExtent l="0" t="0" r="0" b="0"/>
                  <wp:docPr id="105519897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98974" name="Picture 2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5322" cy="2297980"/>
                          </a:xfrm>
                          <a:prstGeom prst="rect">
                            <a:avLst/>
                          </a:prstGeom>
                          <a:noFill/>
                          <a:ln>
                            <a:noFill/>
                          </a:ln>
                        </pic:spPr>
                      </pic:pic>
                    </a:graphicData>
                  </a:graphic>
                </wp:inline>
              </w:drawing>
            </w:r>
            <w:r>
              <w:rPr>
                <w:noProof/>
              </w:rPr>
              <w:t xml:space="preserve">   </w:t>
            </w:r>
            <w:r>
              <w:rPr>
                <w:noProof/>
              </w:rPr>
              <w:drawing>
                <wp:inline distT="0" distB="0" distL="0" distR="0" wp14:anchorId="602752C9" wp14:editId="10F685F4">
                  <wp:extent cx="2614635" cy="2187067"/>
                  <wp:effectExtent l="0" t="0" r="0" b="3810"/>
                  <wp:docPr id="202231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1428"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630282" cy="2200155"/>
                          </a:xfrm>
                          <a:prstGeom prst="rect">
                            <a:avLst/>
                          </a:prstGeom>
                        </pic:spPr>
                      </pic:pic>
                    </a:graphicData>
                  </a:graphic>
                </wp:inline>
              </w:drawing>
            </w:r>
          </w:p>
        </w:tc>
      </w:tr>
      <w:tr w:rsidR="00844445" w:rsidRPr="00D128E1" w14:paraId="31C463A8" w14:textId="77777777" w:rsidTr="001D2CF7">
        <w:trPr>
          <w:trHeight w:val="411"/>
        </w:trPr>
        <w:tc>
          <w:tcPr>
            <w:tcW w:w="8871" w:type="dxa"/>
          </w:tcPr>
          <w:p w14:paraId="1339F6F9" w14:textId="009FC124" w:rsidR="00844445" w:rsidRPr="00D128E1" w:rsidRDefault="00844445" w:rsidP="00450131">
            <w:pPr>
              <w:jc w:val="center"/>
              <w:rPr>
                <w:rFonts w:asciiTheme="majorBidi" w:hAnsiTheme="majorBidi" w:cstheme="majorBidi"/>
              </w:rPr>
            </w:pPr>
            <w:r w:rsidRPr="00D128E1">
              <w:rPr>
                <w:rFonts w:asciiTheme="majorBidi" w:hAnsiTheme="majorBidi" w:cstheme="majorBidi"/>
              </w:rPr>
              <w:t>(a)</w:t>
            </w:r>
          </w:p>
        </w:tc>
      </w:tr>
      <w:tr w:rsidR="00844445" w:rsidRPr="00D128E1" w14:paraId="36718F35" w14:textId="77777777" w:rsidTr="001D2CF7">
        <w:trPr>
          <w:trHeight w:val="3080"/>
        </w:trPr>
        <w:tc>
          <w:tcPr>
            <w:tcW w:w="8871" w:type="dxa"/>
          </w:tcPr>
          <w:p w14:paraId="56F2AA06" w14:textId="04FAC5EB" w:rsidR="00844445" w:rsidRPr="00450131" w:rsidRDefault="00450131" w:rsidP="00450131">
            <w:pPr>
              <w:jc w:val="center"/>
              <w:rPr>
                <w:rFonts w:asciiTheme="majorBidi" w:hAnsiTheme="majorBidi" w:cstheme="majorBidi"/>
                <w:lang w:val="en-GB"/>
              </w:rPr>
            </w:pPr>
            <w:r>
              <w:rPr>
                <w:noProof/>
              </w:rPr>
              <w:drawing>
                <wp:inline distT="0" distB="0" distL="0" distR="0" wp14:anchorId="20164749" wp14:editId="635E0DCD">
                  <wp:extent cx="2777613" cy="2048256"/>
                  <wp:effectExtent l="0" t="0" r="3810" b="9525"/>
                  <wp:docPr id="18287918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91870" name="Picture 15"/>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3250" cy="2059787"/>
                          </a:xfrm>
                          <a:prstGeom prst="rect">
                            <a:avLst/>
                          </a:prstGeom>
                          <a:noFill/>
                          <a:ln>
                            <a:noFill/>
                          </a:ln>
                        </pic:spPr>
                      </pic:pic>
                    </a:graphicData>
                  </a:graphic>
                </wp:inline>
              </w:drawing>
            </w:r>
            <w:r>
              <w:rPr>
                <w:rFonts w:asciiTheme="majorBidi" w:hAnsiTheme="majorBidi" w:cstheme="majorBidi"/>
                <w:noProof/>
                <w:lang w:val="en-GB"/>
              </w:rPr>
              <w:t xml:space="preserve">    </w:t>
            </w:r>
            <w:r>
              <w:rPr>
                <w:rFonts w:asciiTheme="majorBidi" w:hAnsiTheme="majorBidi" w:cstheme="majorBidi"/>
                <w:noProof/>
                <w:rtl/>
                <w:lang w:val="ar-SA"/>
              </w:rPr>
              <w:drawing>
                <wp:inline distT="0" distB="0" distL="0" distR="0" wp14:anchorId="50D46622" wp14:editId="5D339FC0">
                  <wp:extent cx="2531407" cy="1982420"/>
                  <wp:effectExtent l="0" t="0" r="2540" b="0"/>
                  <wp:docPr id="286826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26583" name="Picture 1"/>
                          <pic:cNvPicPr>
                            <a:picLocks noChangeAspect="1"/>
                          </pic:cNvPicPr>
                        </pic:nvPicPr>
                        <pic:blipFill rotWithShape="1">
                          <a:blip r:embed="rId19">
                            <a:extLst>
                              <a:ext uri="{28A0092B-C50C-407E-A947-70E740481C1C}">
                                <a14:useLocalDpi xmlns:a14="http://schemas.microsoft.com/office/drawing/2010/main" val="0"/>
                              </a:ext>
                            </a:extLst>
                          </a:blip>
                          <a:srcRect l="2696" t="4148" r="2930" b="4827"/>
                          <a:stretch>
                            <a:fillRect/>
                          </a:stretch>
                        </pic:blipFill>
                        <pic:spPr bwMode="auto">
                          <a:xfrm>
                            <a:off x="0" y="0"/>
                            <a:ext cx="2537928" cy="1987527"/>
                          </a:xfrm>
                          <a:prstGeom prst="rect">
                            <a:avLst/>
                          </a:prstGeom>
                          <a:ln>
                            <a:noFill/>
                          </a:ln>
                          <a:extLst>
                            <a:ext uri="{53640926-AAD7-44D8-BBD7-CCE9431645EC}">
                              <a14:shadowObscured xmlns:a14="http://schemas.microsoft.com/office/drawing/2010/main"/>
                            </a:ext>
                          </a:extLst>
                        </pic:spPr>
                      </pic:pic>
                    </a:graphicData>
                  </a:graphic>
                </wp:inline>
              </w:drawing>
            </w:r>
          </w:p>
        </w:tc>
      </w:tr>
      <w:tr w:rsidR="00844445" w:rsidRPr="00D128E1" w14:paraId="4D15208E" w14:textId="77777777" w:rsidTr="001D2CF7">
        <w:trPr>
          <w:trHeight w:val="259"/>
        </w:trPr>
        <w:tc>
          <w:tcPr>
            <w:tcW w:w="8871" w:type="dxa"/>
          </w:tcPr>
          <w:p w14:paraId="3D8FB4BA" w14:textId="77777777" w:rsidR="00844445" w:rsidRPr="00D128E1" w:rsidRDefault="00844445" w:rsidP="00450131">
            <w:pPr>
              <w:jc w:val="center"/>
              <w:rPr>
                <w:rFonts w:asciiTheme="majorBidi" w:hAnsiTheme="majorBidi" w:cstheme="majorBidi"/>
                <w:noProof/>
                <w:rtl/>
                <w:lang w:bidi="ar-IQ"/>
              </w:rPr>
            </w:pPr>
            <w:r w:rsidRPr="00D128E1">
              <w:rPr>
                <w:rFonts w:asciiTheme="majorBidi" w:hAnsiTheme="majorBidi" w:cstheme="majorBidi"/>
                <w:noProof/>
                <w:lang w:bidi="ar-IQ"/>
              </w:rPr>
              <w:t>(b)</w:t>
            </w:r>
          </w:p>
        </w:tc>
      </w:tr>
    </w:tbl>
    <w:p w14:paraId="663B2934" w14:textId="3C40CE26" w:rsidR="00F2086F" w:rsidRPr="00D128E1" w:rsidRDefault="00F2086F" w:rsidP="00F2086F">
      <w:pPr>
        <w:jc w:val="both"/>
        <w:rPr>
          <w:rFonts w:asciiTheme="majorBidi" w:hAnsiTheme="majorBidi" w:cstheme="majorBidi"/>
          <w:sz w:val="2"/>
          <w:szCs w:val="2"/>
          <w:lang w:bidi="ar-IQ"/>
        </w:rPr>
      </w:pPr>
    </w:p>
    <w:p w14:paraId="1F68D33C" w14:textId="0B035FDD" w:rsidR="00066826" w:rsidRPr="00AE17F1" w:rsidRDefault="00AD21B1" w:rsidP="00EA6A68">
      <w:pPr>
        <w:jc w:val="center"/>
        <w:rPr>
          <w:rFonts w:asciiTheme="majorBidi" w:hAnsiTheme="majorBidi" w:cstheme="majorBidi"/>
          <w:sz w:val="18"/>
          <w:szCs w:val="18"/>
        </w:rPr>
      </w:pPr>
      <w:r w:rsidRPr="00AE17F1">
        <w:rPr>
          <w:rFonts w:asciiTheme="majorBidi" w:hAnsiTheme="majorBidi" w:cstheme="majorBidi"/>
          <w:b/>
          <w:bCs/>
          <w:sz w:val="18"/>
          <w:szCs w:val="18"/>
        </w:rPr>
        <w:t>FIGURE</w:t>
      </w:r>
      <w:r>
        <w:rPr>
          <w:rFonts w:asciiTheme="majorBidi" w:hAnsiTheme="majorBidi" w:cstheme="majorBidi"/>
          <w:b/>
          <w:bCs/>
          <w:sz w:val="18"/>
          <w:szCs w:val="18"/>
        </w:rPr>
        <w:t xml:space="preserve"> 5.</w:t>
      </w:r>
      <w:r w:rsidR="00066826" w:rsidRPr="00AE17F1">
        <w:rPr>
          <w:rFonts w:asciiTheme="majorBidi" w:hAnsiTheme="majorBidi" w:cstheme="majorBidi"/>
          <w:sz w:val="18"/>
          <w:szCs w:val="18"/>
        </w:rPr>
        <w:t xml:space="preserve"> AFM 3D surface topography and corresponding height distribution histograms for </w:t>
      </w:r>
      <w:r w:rsidR="00D128E1" w:rsidRPr="00AE17F1">
        <w:rPr>
          <w:rFonts w:asciiTheme="majorBidi" w:hAnsiTheme="majorBidi" w:cstheme="majorBidi"/>
          <w:sz w:val="18"/>
          <w:szCs w:val="18"/>
        </w:rPr>
        <w:t>Hg</w:t>
      </w:r>
      <w:r w:rsidR="00D128E1" w:rsidRPr="00AE17F1">
        <w:rPr>
          <w:rFonts w:asciiTheme="majorBidi" w:hAnsiTheme="majorBidi" w:cstheme="majorBidi"/>
          <w:sz w:val="18"/>
          <w:szCs w:val="18"/>
          <w:vertAlign w:val="subscript"/>
        </w:rPr>
        <w:t>1-x</w:t>
      </w:r>
      <w:r w:rsidR="00D128E1" w:rsidRPr="00AE17F1">
        <w:rPr>
          <w:rFonts w:asciiTheme="majorBidi" w:hAnsiTheme="majorBidi" w:cstheme="majorBidi"/>
          <w:sz w:val="18"/>
          <w:szCs w:val="18"/>
        </w:rPr>
        <w:t>InₓBa</w:t>
      </w:r>
      <w:r w:rsidR="00D128E1" w:rsidRPr="00AE17F1">
        <w:rPr>
          <w:rFonts w:asciiTheme="majorBidi" w:hAnsiTheme="majorBidi" w:cstheme="majorBidi"/>
          <w:sz w:val="18"/>
          <w:szCs w:val="18"/>
          <w:vertAlign w:val="subscript"/>
        </w:rPr>
        <w:t>2</w:t>
      </w:r>
      <w:r w:rsidR="00D128E1" w:rsidRPr="00AE17F1">
        <w:rPr>
          <w:rFonts w:asciiTheme="majorBidi" w:hAnsiTheme="majorBidi" w:cstheme="majorBidi"/>
          <w:sz w:val="18"/>
          <w:szCs w:val="18"/>
        </w:rPr>
        <w:t>Ca</w:t>
      </w:r>
      <w:r w:rsidR="00D128E1" w:rsidRPr="00AE17F1">
        <w:rPr>
          <w:rFonts w:asciiTheme="majorBidi" w:hAnsiTheme="majorBidi" w:cstheme="majorBidi"/>
          <w:sz w:val="18"/>
          <w:szCs w:val="18"/>
          <w:vertAlign w:val="subscript"/>
        </w:rPr>
        <w:t>2</w:t>
      </w:r>
      <w:r w:rsidR="00D128E1" w:rsidRPr="00AE17F1">
        <w:rPr>
          <w:rFonts w:asciiTheme="majorBidi" w:hAnsiTheme="majorBidi" w:cstheme="majorBidi"/>
          <w:sz w:val="18"/>
          <w:szCs w:val="18"/>
        </w:rPr>
        <w:t>Cu</w:t>
      </w:r>
      <w:r w:rsidR="00D128E1" w:rsidRPr="00AE17F1">
        <w:rPr>
          <w:rFonts w:asciiTheme="majorBidi" w:hAnsiTheme="majorBidi" w:cstheme="majorBidi"/>
          <w:sz w:val="18"/>
          <w:szCs w:val="18"/>
          <w:vertAlign w:val="subscript"/>
        </w:rPr>
        <w:t>2.8</w:t>
      </w:r>
      <w:r w:rsidR="00D128E1" w:rsidRPr="00AE17F1">
        <w:rPr>
          <w:rFonts w:asciiTheme="majorBidi" w:hAnsiTheme="majorBidi" w:cstheme="majorBidi"/>
          <w:sz w:val="18"/>
          <w:szCs w:val="18"/>
        </w:rPr>
        <w:t>Ti</w:t>
      </w:r>
      <w:r w:rsidR="00D128E1" w:rsidRPr="00AE17F1">
        <w:rPr>
          <w:rFonts w:asciiTheme="majorBidi" w:hAnsiTheme="majorBidi" w:cstheme="majorBidi"/>
          <w:sz w:val="18"/>
          <w:szCs w:val="18"/>
          <w:vertAlign w:val="subscript"/>
        </w:rPr>
        <w:t>0.2</w:t>
      </w:r>
      <w:r w:rsidR="00D128E1" w:rsidRPr="00AE17F1">
        <w:rPr>
          <w:rFonts w:asciiTheme="majorBidi" w:hAnsiTheme="majorBidi" w:cstheme="majorBidi"/>
          <w:sz w:val="18"/>
          <w:szCs w:val="18"/>
        </w:rPr>
        <w:t>O</w:t>
      </w:r>
      <w:r w:rsidR="00D128E1" w:rsidRPr="00AE17F1">
        <w:rPr>
          <w:rFonts w:asciiTheme="majorBidi" w:hAnsiTheme="majorBidi" w:cstheme="majorBidi"/>
          <w:sz w:val="18"/>
          <w:szCs w:val="18"/>
          <w:vertAlign w:val="subscript"/>
        </w:rPr>
        <w:t>8+δ</w:t>
      </w:r>
      <w:r w:rsidR="00D128E1" w:rsidRPr="00AE17F1">
        <w:rPr>
          <w:rFonts w:asciiTheme="majorBidi" w:hAnsiTheme="majorBidi" w:cstheme="majorBidi"/>
          <w:sz w:val="18"/>
          <w:szCs w:val="18"/>
        </w:rPr>
        <w:t xml:space="preserve"> thin films:</w:t>
      </w:r>
      <w:r w:rsidR="00EA6A68">
        <w:rPr>
          <w:rFonts w:asciiTheme="majorBidi" w:hAnsiTheme="majorBidi" w:cstheme="majorBidi"/>
          <w:sz w:val="18"/>
          <w:szCs w:val="18"/>
        </w:rPr>
        <w:t xml:space="preserve"> </w:t>
      </w:r>
      <w:r w:rsidR="00066826" w:rsidRPr="00AE17F1">
        <w:rPr>
          <w:rFonts w:asciiTheme="majorBidi" w:hAnsiTheme="majorBidi" w:cstheme="majorBidi"/>
          <w:sz w:val="18"/>
          <w:szCs w:val="18"/>
        </w:rPr>
        <w:t>(a) x = 0.00 – The surface exhibits irregular nanogranular morphology with noticeable peaks and valleys, indicating moderate roughness and non-uniform grain distribution.</w:t>
      </w:r>
      <w:r w:rsidR="00066826" w:rsidRPr="00AE17F1">
        <w:rPr>
          <w:rFonts w:asciiTheme="majorBidi" w:hAnsiTheme="majorBidi" w:cstheme="majorBidi"/>
          <w:sz w:val="18"/>
          <w:szCs w:val="18"/>
        </w:rPr>
        <w:br/>
      </w:r>
    </w:p>
    <w:tbl>
      <w:tblPr>
        <w:tblStyle w:val="TableGrid"/>
        <w:tblpPr w:leftFromText="180" w:rightFromText="180" w:vertAnchor="text" w:horzAnchor="margin" w:tblpXSpec="center" w:tblpY="-509"/>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0"/>
      </w:tblGrid>
      <w:tr w:rsidR="00F17CDD" w:rsidRPr="00D128E1" w14:paraId="62F07782" w14:textId="77777777" w:rsidTr="001D2CF7">
        <w:trPr>
          <w:trHeight w:val="3668"/>
        </w:trPr>
        <w:tc>
          <w:tcPr>
            <w:tcW w:w="8600" w:type="dxa"/>
          </w:tcPr>
          <w:p w14:paraId="4EB3CDF1" w14:textId="4E68FBB4" w:rsidR="00F17CDD" w:rsidRPr="00D128E1" w:rsidRDefault="005315D5" w:rsidP="005315D5">
            <w:pPr>
              <w:jc w:val="center"/>
              <w:rPr>
                <w:rFonts w:asciiTheme="majorBidi" w:hAnsiTheme="majorBidi" w:cstheme="majorBidi"/>
                <w:sz w:val="24"/>
                <w:szCs w:val="24"/>
                <w:rtl/>
              </w:rPr>
            </w:pPr>
            <w:r>
              <w:rPr>
                <w:noProof/>
              </w:rPr>
              <w:lastRenderedPageBreak/>
              <w:drawing>
                <wp:inline distT="0" distB="0" distL="0" distR="0" wp14:anchorId="14E02C5A" wp14:editId="0E3E4961">
                  <wp:extent cx="2750612" cy="2326234"/>
                  <wp:effectExtent l="0" t="0" r="0" b="0"/>
                  <wp:docPr id="211239217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92177" name="Picture 1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6839" cy="2331500"/>
                          </a:xfrm>
                          <a:prstGeom prst="rect">
                            <a:avLst/>
                          </a:prstGeom>
                          <a:noFill/>
                          <a:ln>
                            <a:noFill/>
                          </a:ln>
                        </pic:spPr>
                      </pic:pic>
                    </a:graphicData>
                  </a:graphic>
                </wp:inline>
              </w:drawing>
            </w:r>
            <w:r>
              <w:rPr>
                <w:noProof/>
              </w:rPr>
              <w:t xml:space="preserve">  </w:t>
            </w:r>
            <w:r>
              <w:rPr>
                <w:noProof/>
              </w:rPr>
              <w:drawing>
                <wp:inline distT="0" distB="0" distL="0" distR="0" wp14:anchorId="7F449FAC" wp14:editId="7BBECFF4">
                  <wp:extent cx="2485219" cy="2221992"/>
                  <wp:effectExtent l="0" t="0" r="0" b="6985"/>
                  <wp:docPr id="1784423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23401" name="Pictur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486327" cy="2222983"/>
                          </a:xfrm>
                          <a:prstGeom prst="rect">
                            <a:avLst/>
                          </a:prstGeom>
                        </pic:spPr>
                      </pic:pic>
                    </a:graphicData>
                  </a:graphic>
                </wp:inline>
              </w:drawing>
            </w:r>
          </w:p>
        </w:tc>
      </w:tr>
      <w:tr w:rsidR="00F17CDD" w:rsidRPr="00D128E1" w14:paraId="4253EB01" w14:textId="77777777" w:rsidTr="001D2CF7">
        <w:trPr>
          <w:trHeight w:val="276"/>
        </w:trPr>
        <w:tc>
          <w:tcPr>
            <w:tcW w:w="8600" w:type="dxa"/>
          </w:tcPr>
          <w:p w14:paraId="3E2591B7" w14:textId="0CAA466B" w:rsidR="00F17CDD" w:rsidRPr="00D128E1" w:rsidRDefault="00F17CDD" w:rsidP="005315D5">
            <w:pPr>
              <w:jc w:val="center"/>
              <w:rPr>
                <w:rFonts w:asciiTheme="majorBidi" w:hAnsiTheme="majorBidi" w:cstheme="majorBidi"/>
                <w:sz w:val="24"/>
                <w:szCs w:val="24"/>
                <w:rtl/>
              </w:rPr>
            </w:pPr>
            <w:r w:rsidRPr="00D128E1">
              <w:rPr>
                <w:rFonts w:asciiTheme="majorBidi" w:hAnsiTheme="majorBidi" w:cstheme="majorBidi"/>
                <w:sz w:val="24"/>
                <w:szCs w:val="24"/>
              </w:rPr>
              <w:t>(a)</w:t>
            </w:r>
          </w:p>
        </w:tc>
      </w:tr>
      <w:tr w:rsidR="00F17CDD" w:rsidRPr="00D128E1" w14:paraId="718166E4" w14:textId="77777777" w:rsidTr="001D2CF7">
        <w:trPr>
          <w:trHeight w:val="3537"/>
        </w:trPr>
        <w:tc>
          <w:tcPr>
            <w:tcW w:w="8600" w:type="dxa"/>
          </w:tcPr>
          <w:p w14:paraId="5664BBB1" w14:textId="0270E9EB" w:rsidR="00F17CDD" w:rsidRPr="00D128E1" w:rsidRDefault="005315D5" w:rsidP="005315D5">
            <w:pPr>
              <w:jc w:val="center"/>
              <w:rPr>
                <w:rFonts w:asciiTheme="majorBidi" w:hAnsiTheme="majorBidi" w:cstheme="majorBidi"/>
                <w:sz w:val="24"/>
                <w:szCs w:val="24"/>
                <w:rtl/>
              </w:rPr>
            </w:pPr>
            <w:r>
              <w:rPr>
                <w:noProof/>
              </w:rPr>
              <w:drawing>
                <wp:inline distT="0" distB="0" distL="0" distR="0" wp14:anchorId="2FEF4BDE" wp14:editId="07A6B83D">
                  <wp:extent cx="2653030" cy="2179675"/>
                  <wp:effectExtent l="0" t="0" r="0" b="0"/>
                  <wp:docPr id="14515885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88586" name="Picture 20"/>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6466" cy="2190714"/>
                          </a:xfrm>
                          <a:prstGeom prst="rect">
                            <a:avLst/>
                          </a:prstGeom>
                          <a:noFill/>
                          <a:ln>
                            <a:noFill/>
                          </a:ln>
                        </pic:spPr>
                      </pic:pic>
                    </a:graphicData>
                  </a:graphic>
                </wp:inline>
              </w:drawing>
            </w:r>
            <w:r>
              <w:rPr>
                <w:rFonts w:asciiTheme="majorBidi" w:hAnsiTheme="majorBidi" w:cstheme="majorBidi"/>
                <w:b/>
                <w:bCs/>
                <w:noProof/>
                <w:sz w:val="18"/>
                <w:szCs w:val="18"/>
              </w:rPr>
              <w:t xml:space="preserve">   </w:t>
            </w:r>
            <w:r>
              <w:rPr>
                <w:rFonts w:asciiTheme="majorBidi" w:hAnsiTheme="majorBidi" w:cstheme="majorBidi"/>
                <w:b/>
                <w:bCs/>
                <w:noProof/>
                <w:sz w:val="18"/>
                <w:szCs w:val="18"/>
              </w:rPr>
              <w:drawing>
                <wp:inline distT="0" distB="0" distL="0" distR="0" wp14:anchorId="10F00455" wp14:editId="1D977940">
                  <wp:extent cx="2564519" cy="2172119"/>
                  <wp:effectExtent l="0" t="0" r="7620" b="0"/>
                  <wp:docPr id="1319068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68264" name="Pictur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567163" cy="2174358"/>
                          </a:xfrm>
                          <a:prstGeom prst="rect">
                            <a:avLst/>
                          </a:prstGeom>
                        </pic:spPr>
                      </pic:pic>
                    </a:graphicData>
                  </a:graphic>
                </wp:inline>
              </w:drawing>
            </w:r>
          </w:p>
        </w:tc>
      </w:tr>
      <w:tr w:rsidR="00F17CDD" w:rsidRPr="00D128E1" w14:paraId="38D6638E" w14:textId="77777777" w:rsidTr="001D2CF7">
        <w:trPr>
          <w:trHeight w:val="292"/>
        </w:trPr>
        <w:tc>
          <w:tcPr>
            <w:tcW w:w="8600" w:type="dxa"/>
          </w:tcPr>
          <w:p w14:paraId="0C5520C2" w14:textId="77777777" w:rsidR="00F17CDD" w:rsidRPr="00D128E1" w:rsidRDefault="00F17CDD" w:rsidP="005315D5">
            <w:pPr>
              <w:jc w:val="center"/>
              <w:rPr>
                <w:rFonts w:asciiTheme="majorBidi" w:hAnsiTheme="majorBidi" w:cstheme="majorBidi"/>
                <w:sz w:val="24"/>
                <w:szCs w:val="24"/>
                <w:rtl/>
              </w:rPr>
            </w:pPr>
            <w:r w:rsidRPr="00D128E1">
              <w:rPr>
                <w:rFonts w:asciiTheme="majorBidi" w:hAnsiTheme="majorBidi" w:cstheme="majorBidi"/>
                <w:sz w:val="24"/>
                <w:szCs w:val="24"/>
              </w:rPr>
              <w:t>(b)</w:t>
            </w:r>
          </w:p>
        </w:tc>
      </w:tr>
    </w:tbl>
    <w:p w14:paraId="42CF01AD" w14:textId="0809719C" w:rsidR="00386985" w:rsidRPr="00616AE4" w:rsidRDefault="00485C54" w:rsidP="00616AE4">
      <w:pPr>
        <w:jc w:val="center"/>
        <w:rPr>
          <w:rFonts w:asciiTheme="majorBidi" w:hAnsiTheme="majorBidi" w:cstheme="majorBidi"/>
          <w:sz w:val="18"/>
          <w:szCs w:val="18"/>
        </w:rPr>
      </w:pPr>
      <w:r w:rsidRPr="00616AE4">
        <w:rPr>
          <w:rFonts w:asciiTheme="majorBidi" w:hAnsiTheme="majorBidi" w:cstheme="majorBidi"/>
          <w:b/>
          <w:bCs/>
          <w:sz w:val="18"/>
          <w:szCs w:val="18"/>
        </w:rPr>
        <w:t>FIGURE 6.</w:t>
      </w:r>
      <w:r w:rsidRPr="00616AE4">
        <w:rPr>
          <w:rFonts w:asciiTheme="majorBidi" w:hAnsiTheme="majorBidi" w:cstheme="majorBidi"/>
          <w:sz w:val="18"/>
          <w:szCs w:val="18"/>
        </w:rPr>
        <w:t xml:space="preserve"> </w:t>
      </w:r>
      <w:r w:rsidR="002C5B70" w:rsidRPr="00616AE4">
        <w:rPr>
          <w:rFonts w:asciiTheme="majorBidi" w:hAnsiTheme="majorBidi" w:cstheme="majorBidi"/>
          <w:sz w:val="18"/>
          <w:szCs w:val="18"/>
        </w:rPr>
        <w:t>AFM</w:t>
      </w:r>
      <w:r w:rsidR="00066826" w:rsidRPr="00616AE4">
        <w:rPr>
          <w:rFonts w:asciiTheme="majorBidi" w:hAnsiTheme="majorBidi" w:cstheme="majorBidi"/>
          <w:sz w:val="18"/>
          <w:szCs w:val="18"/>
        </w:rPr>
        <w:t xml:space="preserve"> 3D surface</w:t>
      </w:r>
      <w:r w:rsidR="00AD21B1" w:rsidRPr="00616AE4">
        <w:rPr>
          <w:rFonts w:asciiTheme="majorBidi" w:hAnsiTheme="majorBidi" w:cstheme="majorBidi"/>
          <w:sz w:val="18"/>
          <w:szCs w:val="18"/>
        </w:rPr>
        <w:t xml:space="preserve"> </w:t>
      </w:r>
      <w:r w:rsidR="00066826" w:rsidRPr="00616AE4">
        <w:rPr>
          <w:rFonts w:asciiTheme="majorBidi" w:hAnsiTheme="majorBidi" w:cstheme="majorBidi"/>
          <w:sz w:val="18"/>
          <w:szCs w:val="18"/>
        </w:rPr>
        <w:t xml:space="preserve">topography and height distribution histograms for </w:t>
      </w:r>
      <w:r w:rsidR="00D128E1" w:rsidRPr="00616AE4">
        <w:rPr>
          <w:rFonts w:asciiTheme="majorBidi" w:hAnsiTheme="majorBidi" w:cstheme="majorBidi"/>
          <w:sz w:val="18"/>
          <w:szCs w:val="18"/>
        </w:rPr>
        <w:t>Hg</w:t>
      </w:r>
      <w:r w:rsidR="00D128E1" w:rsidRPr="00616AE4">
        <w:rPr>
          <w:rFonts w:asciiTheme="majorBidi" w:hAnsiTheme="majorBidi" w:cstheme="majorBidi"/>
          <w:sz w:val="18"/>
          <w:szCs w:val="18"/>
          <w:vertAlign w:val="subscript"/>
        </w:rPr>
        <w:t>1-x</w:t>
      </w:r>
      <w:r w:rsidR="00D128E1" w:rsidRPr="00616AE4">
        <w:rPr>
          <w:rFonts w:asciiTheme="majorBidi" w:hAnsiTheme="majorBidi" w:cstheme="majorBidi"/>
          <w:sz w:val="18"/>
          <w:szCs w:val="18"/>
        </w:rPr>
        <w:t>InₓBa</w:t>
      </w:r>
      <w:r w:rsidR="00D128E1" w:rsidRPr="00616AE4">
        <w:rPr>
          <w:rFonts w:asciiTheme="majorBidi" w:hAnsiTheme="majorBidi" w:cstheme="majorBidi"/>
          <w:sz w:val="18"/>
          <w:szCs w:val="18"/>
          <w:vertAlign w:val="subscript"/>
        </w:rPr>
        <w:t>2</w:t>
      </w:r>
      <w:r w:rsidR="00D128E1" w:rsidRPr="00616AE4">
        <w:rPr>
          <w:rFonts w:asciiTheme="majorBidi" w:hAnsiTheme="majorBidi" w:cstheme="majorBidi"/>
          <w:sz w:val="18"/>
          <w:szCs w:val="18"/>
        </w:rPr>
        <w:t>Ca</w:t>
      </w:r>
      <w:r w:rsidR="00D128E1" w:rsidRPr="00616AE4">
        <w:rPr>
          <w:rFonts w:asciiTheme="majorBidi" w:hAnsiTheme="majorBidi" w:cstheme="majorBidi"/>
          <w:sz w:val="18"/>
          <w:szCs w:val="18"/>
          <w:vertAlign w:val="subscript"/>
        </w:rPr>
        <w:t>2</w:t>
      </w:r>
      <w:r w:rsidR="00D128E1" w:rsidRPr="00616AE4">
        <w:rPr>
          <w:rFonts w:asciiTheme="majorBidi" w:hAnsiTheme="majorBidi" w:cstheme="majorBidi"/>
          <w:sz w:val="18"/>
          <w:szCs w:val="18"/>
        </w:rPr>
        <w:t>Cu</w:t>
      </w:r>
      <w:r w:rsidR="00D128E1" w:rsidRPr="00616AE4">
        <w:rPr>
          <w:rFonts w:asciiTheme="majorBidi" w:hAnsiTheme="majorBidi" w:cstheme="majorBidi"/>
          <w:sz w:val="18"/>
          <w:szCs w:val="18"/>
          <w:vertAlign w:val="subscript"/>
        </w:rPr>
        <w:t>2.8</w:t>
      </w:r>
      <w:r w:rsidR="00D128E1" w:rsidRPr="00616AE4">
        <w:rPr>
          <w:rFonts w:asciiTheme="majorBidi" w:hAnsiTheme="majorBidi" w:cstheme="majorBidi"/>
          <w:sz w:val="18"/>
          <w:szCs w:val="18"/>
        </w:rPr>
        <w:t>Ti</w:t>
      </w:r>
      <w:r w:rsidR="00D128E1" w:rsidRPr="00616AE4">
        <w:rPr>
          <w:rFonts w:asciiTheme="majorBidi" w:hAnsiTheme="majorBidi" w:cstheme="majorBidi"/>
          <w:sz w:val="18"/>
          <w:szCs w:val="18"/>
          <w:vertAlign w:val="subscript"/>
        </w:rPr>
        <w:t>0.2</w:t>
      </w:r>
      <w:r w:rsidR="00D128E1" w:rsidRPr="00616AE4">
        <w:rPr>
          <w:rFonts w:asciiTheme="majorBidi" w:hAnsiTheme="majorBidi" w:cstheme="majorBidi"/>
          <w:sz w:val="18"/>
          <w:szCs w:val="18"/>
        </w:rPr>
        <w:t>O</w:t>
      </w:r>
      <w:r w:rsidR="00D128E1" w:rsidRPr="00616AE4">
        <w:rPr>
          <w:rFonts w:asciiTheme="majorBidi" w:hAnsiTheme="majorBidi" w:cstheme="majorBidi"/>
          <w:sz w:val="18"/>
          <w:szCs w:val="18"/>
          <w:vertAlign w:val="subscript"/>
        </w:rPr>
        <w:t>8+δ</w:t>
      </w:r>
      <w:r w:rsidR="00D128E1" w:rsidRPr="00616AE4">
        <w:rPr>
          <w:rFonts w:asciiTheme="majorBidi" w:hAnsiTheme="majorBidi" w:cstheme="majorBidi"/>
          <w:sz w:val="18"/>
          <w:szCs w:val="18"/>
        </w:rPr>
        <w:t xml:space="preserve"> thin films:</w:t>
      </w:r>
      <w:r w:rsidR="00066826" w:rsidRPr="00616AE4">
        <w:rPr>
          <w:rFonts w:asciiTheme="majorBidi" w:hAnsiTheme="majorBidi" w:cstheme="majorBidi"/>
          <w:sz w:val="18"/>
          <w:szCs w:val="18"/>
        </w:rPr>
        <w:t>(a) x = 0.08 – The surface exhibits finer nanostructures with improved uniformity and reduced surface roughness, indicating</w:t>
      </w:r>
      <w:r w:rsidR="00D128E1" w:rsidRPr="00616AE4">
        <w:rPr>
          <w:rFonts w:asciiTheme="majorBidi" w:hAnsiTheme="majorBidi" w:cstheme="majorBidi"/>
          <w:sz w:val="18"/>
          <w:szCs w:val="18"/>
        </w:rPr>
        <w:t xml:space="preserve"> more homogeneous grain </w:t>
      </w:r>
      <w:r w:rsidR="002C5B70" w:rsidRPr="00616AE4">
        <w:rPr>
          <w:rFonts w:asciiTheme="majorBidi" w:hAnsiTheme="majorBidi" w:cstheme="majorBidi"/>
          <w:sz w:val="18"/>
          <w:szCs w:val="18"/>
        </w:rPr>
        <w:t>growth. (</w:t>
      </w:r>
      <w:r w:rsidR="00066826" w:rsidRPr="00616AE4">
        <w:rPr>
          <w:rFonts w:asciiTheme="majorBidi" w:hAnsiTheme="majorBidi" w:cstheme="majorBidi"/>
          <w:sz w:val="18"/>
          <w:szCs w:val="18"/>
        </w:rPr>
        <w:t>b) x = 0.12 – The film shows the smoothest and most compact morphology in the series, reflecting optimal surface uniformity and stable nanocrystalline growth.</w:t>
      </w:r>
    </w:p>
    <w:p w14:paraId="59D8AD9A" w14:textId="607636DD" w:rsidR="00386985" w:rsidRDefault="00E54022" w:rsidP="00895D46">
      <w:pPr>
        <w:spacing w:before="240"/>
        <w:jc w:val="center"/>
        <w:rPr>
          <w:rFonts w:asciiTheme="majorBidi" w:hAnsiTheme="majorBidi" w:cstheme="majorBidi"/>
          <w:sz w:val="24"/>
          <w:szCs w:val="24"/>
        </w:rPr>
      </w:pPr>
      <w:r>
        <w:rPr>
          <w:rFonts w:asciiTheme="majorBidi" w:hAnsiTheme="majorBidi" w:cstheme="majorBidi"/>
          <w:b/>
          <w:bCs/>
          <w:sz w:val="24"/>
          <w:szCs w:val="24"/>
        </w:rPr>
        <w:t>CONCLUSIONS</w:t>
      </w:r>
    </w:p>
    <w:p w14:paraId="6900AB6E" w14:textId="6F84E942" w:rsidR="00386985" w:rsidRPr="00E54022" w:rsidRDefault="00386985" w:rsidP="00386985">
      <w:pPr>
        <w:spacing w:after="0"/>
        <w:jc w:val="both"/>
        <w:rPr>
          <w:rFonts w:asciiTheme="majorBidi" w:hAnsiTheme="majorBidi" w:cstheme="majorBidi"/>
          <w:sz w:val="20"/>
          <w:szCs w:val="20"/>
        </w:rPr>
      </w:pPr>
      <w:r>
        <w:rPr>
          <w:rFonts w:asciiTheme="majorBidi" w:hAnsiTheme="majorBidi" w:cstheme="majorBidi"/>
          <w:sz w:val="24"/>
          <w:szCs w:val="24"/>
        </w:rPr>
        <w:t xml:space="preserve">   </w:t>
      </w:r>
      <w:r w:rsidRPr="00E54022">
        <w:rPr>
          <w:rFonts w:asciiTheme="majorBidi" w:hAnsiTheme="majorBidi" w:cstheme="majorBidi"/>
          <w:sz w:val="20"/>
          <w:szCs w:val="20"/>
        </w:rPr>
        <w:t>Thin films of Hg₁</w:t>
      </w:r>
      <w:r w:rsidRPr="00E54022">
        <w:rPr>
          <w:rFonts w:asciiTheme="majorBidi" w:hAnsiTheme="majorBidi" w:cstheme="majorBidi"/>
          <w:sz w:val="20"/>
          <w:szCs w:val="20"/>
          <w:vertAlign w:val="subscript"/>
        </w:rPr>
        <w:t>-In</w:t>
      </w:r>
      <w:r w:rsidRPr="00E54022">
        <w:rPr>
          <w:rFonts w:asciiTheme="majorBidi" w:hAnsiTheme="majorBidi" w:cstheme="majorBidi"/>
          <w:sz w:val="20"/>
          <w:szCs w:val="20"/>
        </w:rPr>
        <w:t>Ba₂Ca₂Cu</w:t>
      </w:r>
      <w:r w:rsidRPr="00E54022">
        <w:rPr>
          <w:rFonts w:asciiTheme="majorBidi" w:hAnsiTheme="majorBidi" w:cstheme="majorBidi"/>
          <w:sz w:val="20"/>
          <w:szCs w:val="20"/>
          <w:vertAlign w:val="subscript"/>
        </w:rPr>
        <w:t>2.8</w:t>
      </w:r>
      <w:r w:rsidRPr="00E54022">
        <w:rPr>
          <w:rFonts w:asciiTheme="majorBidi" w:hAnsiTheme="majorBidi" w:cstheme="majorBidi"/>
          <w:sz w:val="20"/>
          <w:szCs w:val="20"/>
        </w:rPr>
        <w:t>Ti</w:t>
      </w:r>
      <w:r w:rsidRPr="00E54022">
        <w:rPr>
          <w:rFonts w:asciiTheme="majorBidi" w:hAnsiTheme="majorBidi" w:cstheme="majorBidi"/>
          <w:sz w:val="20"/>
          <w:szCs w:val="20"/>
          <w:vertAlign w:val="subscript"/>
        </w:rPr>
        <w:t>o</w:t>
      </w:r>
      <w:r w:rsidR="00E54022" w:rsidRPr="00E54022">
        <w:rPr>
          <w:rFonts w:asciiTheme="majorBidi" w:hAnsiTheme="majorBidi" w:cstheme="majorBidi"/>
          <w:sz w:val="20"/>
          <w:szCs w:val="20"/>
          <w:vertAlign w:val="subscript"/>
        </w:rPr>
        <w:t>.</w:t>
      </w:r>
      <w:r w:rsidRPr="00E54022">
        <w:rPr>
          <w:rFonts w:asciiTheme="majorBidi" w:hAnsiTheme="majorBidi" w:cstheme="majorBidi"/>
          <w:sz w:val="20"/>
          <w:szCs w:val="20"/>
          <w:vertAlign w:val="subscript"/>
        </w:rPr>
        <w:t>20</w:t>
      </w:r>
      <w:r w:rsidRPr="00E54022">
        <w:rPr>
          <w:rFonts w:asciiTheme="majorBidi" w:hAnsiTheme="majorBidi" w:cstheme="majorBidi"/>
          <w:sz w:val="20"/>
          <w:szCs w:val="20"/>
        </w:rPr>
        <w:t xml:space="preserve">, were successfully fabricated using the pulsed laser deposition (PLD) technique, exhibiting uniform composition and good surface coverage. The results revealed that indium substitution had a pronounced effect on the crystallinity and surface morphology of the films. X-ray diffraction analysis showed that the optimum structural order was achieved at x = 0.12, where sharper diffraction peaks and a slight shift toward higher 20 values indicated c-axis contraction and enhanced lattice coherence. </w:t>
      </w:r>
    </w:p>
    <w:p w14:paraId="12371F30" w14:textId="4A24A165" w:rsidR="00FB47B4" w:rsidRDefault="00386985" w:rsidP="004C2F11">
      <w:pPr>
        <w:spacing w:after="0"/>
        <w:jc w:val="both"/>
        <w:rPr>
          <w:rFonts w:asciiTheme="majorBidi" w:hAnsiTheme="majorBidi" w:cstheme="majorBidi"/>
          <w:sz w:val="20"/>
          <w:szCs w:val="20"/>
        </w:rPr>
      </w:pPr>
      <w:r w:rsidRPr="00E54022">
        <w:rPr>
          <w:rFonts w:asciiTheme="majorBidi" w:hAnsiTheme="majorBidi" w:cstheme="majorBidi"/>
          <w:sz w:val="20"/>
          <w:szCs w:val="20"/>
        </w:rPr>
        <w:t xml:space="preserve">   Morphological examinations using FESEM and AFM confirmed these findings, showing dense, fine-grained, and smooth nanostructures at the same composition, while higher indium levels (x 0.16) led to grain clustering, surface roughness, and partial phase segregation. Overall, the study concludes that a moderate level of indium substitution (x = 0.12) yields the most stable and compact nanostructure, representing an effective approach for improving the microstructural quality of Hg-based </w:t>
      </w:r>
      <w:proofErr w:type="spellStart"/>
      <w:r w:rsidRPr="00E54022">
        <w:rPr>
          <w:rFonts w:asciiTheme="majorBidi" w:hAnsiTheme="majorBidi" w:cstheme="majorBidi"/>
          <w:sz w:val="20"/>
          <w:szCs w:val="20"/>
        </w:rPr>
        <w:t>cuprate</w:t>
      </w:r>
      <w:proofErr w:type="spellEnd"/>
      <w:r w:rsidRPr="00E54022">
        <w:rPr>
          <w:rFonts w:asciiTheme="majorBidi" w:hAnsiTheme="majorBidi" w:cstheme="majorBidi"/>
          <w:sz w:val="20"/>
          <w:szCs w:val="20"/>
        </w:rPr>
        <w:t xml:space="preserve"> superconducting thin films and potentially enhancing their functional performance.</w:t>
      </w:r>
    </w:p>
    <w:p w14:paraId="4ED68965" w14:textId="77777777" w:rsidR="00895D46" w:rsidRDefault="00895D46" w:rsidP="00895D46">
      <w:pPr>
        <w:pStyle w:val="EndNoteBibliography"/>
        <w:ind w:left="720" w:hanging="720"/>
        <w:jc w:val="center"/>
        <w:rPr>
          <w:b/>
          <w:bCs/>
          <w:sz w:val="24"/>
          <w:szCs w:val="24"/>
        </w:rPr>
      </w:pPr>
    </w:p>
    <w:p w14:paraId="1D33259B" w14:textId="77777777" w:rsidR="00895D46" w:rsidRDefault="00895D46" w:rsidP="00895D46">
      <w:pPr>
        <w:pStyle w:val="EndNoteBibliography"/>
        <w:ind w:left="720" w:hanging="720"/>
        <w:jc w:val="center"/>
        <w:rPr>
          <w:b/>
          <w:bCs/>
          <w:sz w:val="24"/>
          <w:szCs w:val="24"/>
        </w:rPr>
      </w:pPr>
    </w:p>
    <w:p w14:paraId="5882227A" w14:textId="1761C79A" w:rsidR="006D2D79" w:rsidRPr="0059181D" w:rsidRDefault="00FB47B4" w:rsidP="00895D46">
      <w:pPr>
        <w:pStyle w:val="EndNoteBibliography"/>
        <w:ind w:left="720" w:hanging="720"/>
        <w:jc w:val="center"/>
        <w:rPr>
          <w:b/>
          <w:bCs/>
          <w:sz w:val="24"/>
          <w:szCs w:val="24"/>
        </w:rPr>
      </w:pPr>
      <w:r w:rsidRPr="0059181D">
        <w:rPr>
          <w:b/>
          <w:bCs/>
          <w:sz w:val="24"/>
          <w:szCs w:val="24"/>
        </w:rPr>
        <w:lastRenderedPageBreak/>
        <w:t>R</w:t>
      </w:r>
      <w:r w:rsidR="00E54022">
        <w:rPr>
          <w:b/>
          <w:bCs/>
          <w:sz w:val="24"/>
          <w:szCs w:val="24"/>
        </w:rPr>
        <w:t>EFER</w:t>
      </w:r>
      <w:r w:rsidR="00337024">
        <w:rPr>
          <w:b/>
          <w:bCs/>
          <w:sz w:val="24"/>
          <w:szCs w:val="24"/>
        </w:rPr>
        <w:t>E</w:t>
      </w:r>
      <w:r w:rsidR="00E54022">
        <w:rPr>
          <w:b/>
          <w:bCs/>
          <w:sz w:val="24"/>
          <w:szCs w:val="24"/>
        </w:rPr>
        <w:t>NCES</w:t>
      </w:r>
    </w:p>
    <w:p w14:paraId="26D1C2DF" w14:textId="77777777" w:rsidR="00267BE9" w:rsidRPr="00964A3B" w:rsidRDefault="00267BE9" w:rsidP="00337024">
      <w:pPr>
        <w:pStyle w:val="Reference"/>
        <w:ind w:left="426" w:hanging="426"/>
      </w:pPr>
      <w:r w:rsidRPr="00964A3B">
        <w:t>Maeda, H., et al., A new high-Tc oxide superconductor without a rare earth element. Japanese Journal of Applied Physics, 1988. 27(2A): p. L209.</w:t>
      </w:r>
    </w:p>
    <w:p w14:paraId="582DA8D2" w14:textId="77777777" w:rsidR="00267BE9" w:rsidRPr="00964A3B" w:rsidRDefault="00267BE9" w:rsidP="00337024">
      <w:pPr>
        <w:pStyle w:val="Reference"/>
        <w:ind w:left="426" w:hanging="426"/>
      </w:pPr>
      <w:r w:rsidRPr="00964A3B">
        <w:t>Xu, Q., et al., Microstructure and Superconductivity in Bi–Sr–Ca–Cu–O System Doped with Pb and Sb. Japanese journal of applied physics, 1990. 29(10R): p. 1918.</w:t>
      </w:r>
    </w:p>
    <w:p w14:paraId="6AB268E3" w14:textId="77777777" w:rsidR="00267BE9" w:rsidRPr="00964A3B" w:rsidRDefault="00267BE9" w:rsidP="00337024">
      <w:pPr>
        <w:pStyle w:val="Reference"/>
        <w:ind w:left="426" w:hanging="426"/>
      </w:pPr>
      <w:r w:rsidRPr="00964A3B">
        <w:t>De Biasi, R. and S. Araujo, Influence of the annealing parameters on the volume fraction of the high-Tc phase in the Bi-Sr-Ca-Cu-O system. Journal of Magnetism and Magnetic Materials, 1992. 104: p. 471-472.</w:t>
      </w:r>
    </w:p>
    <w:p w14:paraId="4ACACCD4" w14:textId="77777777" w:rsidR="00267BE9" w:rsidRPr="00964A3B" w:rsidRDefault="00267BE9" w:rsidP="00337024">
      <w:pPr>
        <w:pStyle w:val="Reference"/>
        <w:ind w:left="426" w:hanging="426"/>
      </w:pPr>
      <w:r w:rsidRPr="00964A3B">
        <w:t xml:space="preserve">Wadia, K.M., Abdulateefa, A.N., </w:t>
      </w:r>
      <w:proofErr w:type="spellStart"/>
      <w:r w:rsidRPr="00964A3B">
        <w:t>Shabanb</w:t>
      </w:r>
      <w:proofErr w:type="spellEnd"/>
      <w:r w:rsidRPr="00964A3B">
        <w:t xml:space="preserve">, A.H., </w:t>
      </w:r>
      <w:proofErr w:type="spellStart"/>
      <w:r w:rsidRPr="00964A3B">
        <w:t>Jasimb</w:t>
      </w:r>
      <w:proofErr w:type="spellEnd"/>
      <w:r w:rsidRPr="00964A3B">
        <w:t>, K.A., Improvement of superconducting properties of Bi 2 Ba 2 Ca 2 Cu 3 O 10+δ Ceramic by prepared under different pressures, Energy Procedia, 2019, 157, pp. 222–227.</w:t>
      </w:r>
    </w:p>
    <w:p w14:paraId="08362A40" w14:textId="77777777" w:rsidR="00267BE9" w:rsidRPr="00964A3B" w:rsidRDefault="00267BE9" w:rsidP="00337024">
      <w:pPr>
        <w:pStyle w:val="Reference"/>
        <w:ind w:left="426" w:hanging="426"/>
      </w:pPr>
      <w:r w:rsidRPr="00964A3B">
        <w:t>Dawud, A., The effect of n variation on the high-Tc super. behavior of the Bi2Sr2Can-1CunO2n+ 4 system. 2000, Ph. D. Thesis, Al-Nahrin University, College of Science.</w:t>
      </w:r>
    </w:p>
    <w:p w14:paraId="20FF7E31" w14:textId="77777777" w:rsidR="00267BE9" w:rsidRPr="00964A3B" w:rsidRDefault="00267BE9" w:rsidP="00337024">
      <w:pPr>
        <w:pStyle w:val="Reference"/>
        <w:ind w:left="426" w:hanging="426"/>
      </w:pPr>
      <w:r w:rsidRPr="00964A3B">
        <w:t xml:space="preserve">Hermiz, G., Thermal Analysis &amp;Phase Transformation </w:t>
      </w:r>
      <w:proofErr w:type="spellStart"/>
      <w:r w:rsidRPr="00964A3B">
        <w:t>HTSc</w:t>
      </w:r>
      <w:proofErr w:type="spellEnd"/>
      <w:r w:rsidRPr="00964A3B">
        <w:t xml:space="preserve"> of (Bi1-xPbx) 2 (Sr1-yBay) 2Ca2Cu3O10+ δ compound. 2001, Ph. D, Baghdad University.</w:t>
      </w:r>
    </w:p>
    <w:p w14:paraId="73E77B45" w14:textId="77777777" w:rsidR="00964A3B" w:rsidRPr="00964A3B" w:rsidRDefault="00964A3B" w:rsidP="00337024">
      <w:pPr>
        <w:pStyle w:val="Reference"/>
        <w:ind w:left="426" w:hanging="426"/>
      </w:pPr>
      <w:r w:rsidRPr="00964A3B">
        <w:t>Haider, H.M.J., Wadi, K.M., Mahdi, H.A., Jasim, K.A., Shaban, A.H., Studying the partial substitution of barium with cadmium oxide and its effect on the electrical and structural properties of HgBa2Ca2Cu3O8+δ superconducting compound, AIP Conference Proceedings, 2019, 2123, 020033.</w:t>
      </w:r>
    </w:p>
    <w:p w14:paraId="72941C39" w14:textId="1A036D23" w:rsidR="00267BE9" w:rsidRPr="00964A3B" w:rsidRDefault="00964A3B" w:rsidP="00337024">
      <w:pPr>
        <w:pStyle w:val="Reference"/>
        <w:ind w:left="426" w:hanging="426"/>
      </w:pPr>
      <w:r w:rsidRPr="00964A3B">
        <w:t>Shaban, A.H., Mohammed, L.A., Hussein, H.S., Jasim, K.A., The structural properties of Y1-XLaXBa4 Cu7 O15+ δ superconductor compound, Digest Journal of Nanomaterials and Biostructures, 2022, 17(2), pp. 519–525.</w:t>
      </w:r>
      <w:r w:rsidR="00267BE9" w:rsidRPr="00964A3B">
        <w:t xml:space="preserve"> </w:t>
      </w:r>
    </w:p>
    <w:p w14:paraId="370BB3FD" w14:textId="77777777" w:rsidR="00267BE9" w:rsidRPr="00964A3B" w:rsidRDefault="00267BE9" w:rsidP="00337024">
      <w:pPr>
        <w:pStyle w:val="Reference"/>
        <w:ind w:left="426" w:hanging="426"/>
      </w:pPr>
      <w:r w:rsidRPr="00964A3B">
        <w:t>Omar, B.A., Fathi, S.J., Jassim, K.A., Effect of Zn on the structural and electrical properties of high temperature HgBa2Ca2Cu3O8+δ superconductor, AIP Conference Proceedings, 2018, 1968, 030047.</w:t>
      </w:r>
    </w:p>
    <w:p w14:paraId="3DB89E3E" w14:textId="77777777" w:rsidR="00267BE9" w:rsidRPr="00964A3B" w:rsidRDefault="00267BE9" w:rsidP="00337024">
      <w:pPr>
        <w:pStyle w:val="Reference"/>
        <w:ind w:left="426" w:hanging="426"/>
      </w:pPr>
      <w:r w:rsidRPr="00964A3B">
        <w:t xml:space="preserve">Mohammed, L.A., Jasim, K.A., Improvement the superconducting properties of </w:t>
      </w:r>
      <w:proofErr w:type="spellStart"/>
      <w:r w:rsidRPr="00964A3B">
        <w:t>TlBa</w:t>
      </w:r>
      <w:proofErr w:type="spellEnd"/>
      <w:r w:rsidRPr="00964A3B">
        <w:t xml:space="preserve"> 2 Ca 2 Cu 3x Nix O 9-δ superconducting compound by partial substitution of copper with nickel oxide on the, Energy Procedia, 2019, 157, pp. 135–142.</w:t>
      </w:r>
    </w:p>
    <w:p w14:paraId="6E9B929A" w14:textId="77777777" w:rsidR="00267BE9" w:rsidRPr="00964A3B" w:rsidRDefault="00267BE9" w:rsidP="00337024">
      <w:pPr>
        <w:pStyle w:val="Reference"/>
        <w:ind w:left="426" w:hanging="426"/>
      </w:pPr>
      <w:r w:rsidRPr="00964A3B">
        <w:t xml:space="preserve">Jasim, K.A., Makki, S.A., </w:t>
      </w:r>
      <w:proofErr w:type="spellStart"/>
      <w:r w:rsidRPr="00964A3B">
        <w:t>Almohsin</w:t>
      </w:r>
      <w:proofErr w:type="spellEnd"/>
      <w:r w:rsidRPr="00964A3B">
        <w:t>, A.A. Comparison study of transition temperature between the superconducting compounds Tl0.9 Pb 0.1Ba2Ca2Cu3O9, Tl0.9Sb0.1Ba2Ca2Cu3O9-δ and Tl0.9Cr0.1Ba2Ca2Cu3O9-δ, Physics Procedia, 2014, 55, pp. 336–341.</w:t>
      </w:r>
    </w:p>
    <w:p w14:paraId="71BF58DD" w14:textId="77777777" w:rsidR="00267BE9" w:rsidRPr="00964A3B" w:rsidRDefault="00267BE9" w:rsidP="00337024">
      <w:pPr>
        <w:pStyle w:val="Reference"/>
        <w:ind w:left="426" w:hanging="426"/>
      </w:pPr>
      <w:r w:rsidRPr="00964A3B">
        <w:t xml:space="preserve">Abdulateef, A.N., </w:t>
      </w:r>
      <w:proofErr w:type="spellStart"/>
      <w:r w:rsidRPr="00964A3B">
        <w:t>Alsudani</w:t>
      </w:r>
      <w:proofErr w:type="spellEnd"/>
      <w:r w:rsidRPr="00964A3B">
        <w:t xml:space="preserve">, A., </w:t>
      </w:r>
      <w:proofErr w:type="spellStart"/>
      <w:r w:rsidRPr="00964A3B">
        <w:t>Chillab</w:t>
      </w:r>
      <w:proofErr w:type="spellEnd"/>
      <w:r w:rsidRPr="00964A3B">
        <w:t>, R.K., Jasim, K.A., Shaban, A.H., Calculating the mechanisms of electrical conductivity and energy density of states for Se85Te10Sn5-xInx glasses materials, Journal of Green Engineering, 2020, 10(9), pp. 5487–5503.</w:t>
      </w:r>
    </w:p>
    <w:p w14:paraId="54C10DB8" w14:textId="77777777" w:rsidR="00267BE9" w:rsidRPr="00964A3B" w:rsidRDefault="00267BE9" w:rsidP="00337024">
      <w:pPr>
        <w:pStyle w:val="Reference"/>
        <w:ind w:left="426" w:hanging="426"/>
      </w:pPr>
      <w:r w:rsidRPr="00964A3B">
        <w:t>Jasim, K.A., Alwan, T.J., Effect of Oxygen Treatment on the Structural and Electrical Properties of Tl0.85Cd0.15Sr2CuO5−</w:t>
      </w:r>
      <w:proofErr w:type="gramStart"/>
      <w:r w:rsidRPr="00964A3B">
        <w:t>δ,Tl</w:t>
      </w:r>
      <w:proofErr w:type="gramEnd"/>
      <w:r w:rsidRPr="00964A3B">
        <w:t>0.85Cd0.15Sr2Ca2Cu2 O 7−δ and Tl0.85Cd0.15Sr3Ca2Cu3 O 9−δ Superconductors, Journal of Superconductivity and Novel Magnetism, 2017, 30(12), pp. 3451–3457.</w:t>
      </w:r>
    </w:p>
    <w:p w14:paraId="0D383A5E" w14:textId="77777777" w:rsidR="00267BE9" w:rsidRPr="00964A3B" w:rsidRDefault="00267BE9" w:rsidP="00337024">
      <w:pPr>
        <w:pStyle w:val="Reference"/>
        <w:ind w:left="426" w:hanging="426"/>
      </w:pPr>
      <w:r w:rsidRPr="00964A3B">
        <w:t>Jasim, K.A., The effect of cadmium substitution on the superconducting properties of Tl1-xCdxBa2Ca2Cu 3O9-δ compound, Journal of Superconductivity and Novel Magnetism, 2013, 26(3), pp. 549–552.</w:t>
      </w:r>
    </w:p>
    <w:p w14:paraId="4123D88D" w14:textId="77777777" w:rsidR="00267BE9" w:rsidRPr="00964A3B" w:rsidRDefault="00267BE9" w:rsidP="00337024">
      <w:pPr>
        <w:pStyle w:val="Reference"/>
        <w:ind w:left="426" w:hanging="426"/>
      </w:pPr>
      <w:r w:rsidRPr="00964A3B">
        <w:t>Al-Khafaji, R.S.A., Jasim, K.A., Dependence the microstructure specifications of earth metal lanthanum La substituted Bi2Ba2CaCu2–XLaXO8+δ on cation vacancies, AIMS Materials Science, 2021, 8(4), pp. 550–559.</w:t>
      </w:r>
    </w:p>
    <w:p w14:paraId="1737801A" w14:textId="77777777" w:rsidR="00267BE9" w:rsidRPr="00964A3B" w:rsidRDefault="00267BE9" w:rsidP="00337024">
      <w:pPr>
        <w:pStyle w:val="Reference"/>
        <w:ind w:left="426" w:hanging="426"/>
      </w:pPr>
      <w:r w:rsidRPr="00964A3B">
        <w:t xml:space="preserve">Aleabi, S.H., Watan, A.W., Salman, E.M.-T., </w:t>
      </w:r>
      <w:proofErr w:type="spellStart"/>
      <w:r w:rsidRPr="00964A3B">
        <w:t>kareem</w:t>
      </w:r>
      <w:proofErr w:type="spellEnd"/>
      <w:r w:rsidRPr="00964A3B">
        <w:t xml:space="preserve"> Jasim </w:t>
      </w:r>
      <w:proofErr w:type="spellStart"/>
      <w:proofErr w:type="gramStart"/>
      <w:r w:rsidRPr="00964A3B">
        <w:t>A.,Shaban</w:t>
      </w:r>
      <w:proofErr w:type="spellEnd"/>
      <w:proofErr w:type="gramEnd"/>
      <w:r w:rsidRPr="00964A3B">
        <w:t>, A.H., Alsaadi, T.M., The study effect of weight fraction on thermal and electrical conductivity for unsaturated polyester composite alone and hybrid, AIP Conference Proceedings, 2018, 1968, 020019.’</w:t>
      </w:r>
    </w:p>
    <w:p w14:paraId="473A27FB" w14:textId="77777777" w:rsidR="00267BE9" w:rsidRPr="00964A3B" w:rsidRDefault="00267BE9" w:rsidP="00337024">
      <w:pPr>
        <w:pStyle w:val="Reference"/>
        <w:ind w:left="426" w:hanging="426"/>
      </w:pPr>
      <w:r w:rsidRPr="00964A3B">
        <w:t>Ahmed, B.A., Mohammed, J.S., Fadhil, R.N., ...Shaban, A.H., Al Dulaimi, A.H., The dependence of the energy density states on the substitution of chemical elements in the Se6 Te4-xSbx thin film, Chalcogenide Letters, 2022, 19(4), pp. 301–308.</w:t>
      </w:r>
    </w:p>
    <w:p w14:paraId="70357E31" w14:textId="77777777" w:rsidR="00267BE9" w:rsidRPr="00964A3B" w:rsidRDefault="00267BE9" w:rsidP="00337024">
      <w:pPr>
        <w:pStyle w:val="Reference"/>
        <w:ind w:left="426" w:hanging="426"/>
      </w:pPr>
      <w:r w:rsidRPr="00964A3B">
        <w:t>Kadhim, B.B., Khaleel, I.H., Hussein, B.H., ...Al-</w:t>
      </w:r>
      <w:proofErr w:type="spellStart"/>
      <w:r w:rsidRPr="00964A3B">
        <w:t>Maiyaly</w:t>
      </w:r>
      <w:proofErr w:type="spellEnd"/>
      <w:r w:rsidRPr="00964A3B">
        <w:t>, B.K.H., Mahdi, S.H., Effect of gamma irradiation on the TlBa2Ca2Cu3O9-δ superconducting properties, AIP Conference Proceedings, 2018, 1968, 030054.</w:t>
      </w:r>
    </w:p>
    <w:p w14:paraId="4F3710F7" w14:textId="77777777" w:rsidR="00267BE9" w:rsidRPr="00964A3B" w:rsidRDefault="00267BE9" w:rsidP="00337024">
      <w:pPr>
        <w:pStyle w:val="Reference"/>
        <w:ind w:left="426" w:hanging="426"/>
      </w:pPr>
      <w:r w:rsidRPr="00964A3B">
        <w:t xml:space="preserve">Jassim, K.A., </w:t>
      </w:r>
      <w:proofErr w:type="spellStart"/>
      <w:r w:rsidRPr="00964A3B">
        <w:t>Thejeel</w:t>
      </w:r>
      <w:proofErr w:type="spellEnd"/>
      <w:r w:rsidRPr="00964A3B">
        <w:t>, M.A.-N., Salman, E.M.-T., Mahdi, S.H., Study characteristics of (epoxy-bentonite doped) composite materials, Energy Procedia, 2017, 119, pp. 670–679.</w:t>
      </w:r>
    </w:p>
    <w:p w14:paraId="68EC803A" w14:textId="4BB9DB61" w:rsidR="00267BE9" w:rsidRDefault="00267BE9" w:rsidP="00337024">
      <w:pPr>
        <w:pStyle w:val="Reference"/>
        <w:ind w:left="426" w:hanging="426"/>
      </w:pPr>
      <w:r w:rsidRPr="00964A3B">
        <w:t>Watan, A.W., Aleabi, S.H., Risan, R.H., Jasim, K.A., Shaban, A.H., Preparation and Physical Properties of Doped CdBa2-x SrxCa2Cu3O8+δ Compound, Energy Procedia, 2017, 119, pp. 466–472.</w:t>
      </w:r>
    </w:p>
    <w:p w14:paraId="15B87DB6" w14:textId="77777777" w:rsidR="006D2D79" w:rsidRPr="00964A3B" w:rsidRDefault="006D2D79" w:rsidP="00337024">
      <w:pPr>
        <w:pStyle w:val="Reference"/>
        <w:ind w:left="426" w:hanging="426"/>
      </w:pPr>
      <w:proofErr w:type="spellStart"/>
      <w:r w:rsidRPr="00964A3B">
        <w:t>Nkum</w:t>
      </w:r>
      <w:proofErr w:type="spellEnd"/>
      <w:r w:rsidRPr="00964A3B">
        <w:t xml:space="preserve">, R., M. </w:t>
      </w:r>
      <w:proofErr w:type="spellStart"/>
      <w:r w:rsidRPr="00964A3B">
        <w:t>Gyekye</w:t>
      </w:r>
      <w:proofErr w:type="spellEnd"/>
      <w:r w:rsidRPr="00964A3B">
        <w:t>, and F. Boakye, Normal-state dielectric and transport properties of In-doped Bi–Pb–Sr–Ca–Cu–O. Solid state communications, 2002. 122(10): p. 569-573.</w:t>
      </w:r>
    </w:p>
    <w:p w14:paraId="61BB6656" w14:textId="77777777" w:rsidR="006D2D79" w:rsidRPr="00964A3B" w:rsidRDefault="006D2D79" w:rsidP="00337024">
      <w:pPr>
        <w:pStyle w:val="Reference"/>
        <w:ind w:left="426" w:hanging="426"/>
      </w:pPr>
      <w:r w:rsidRPr="00964A3B">
        <w:t>Liang, B., et al., Phase evolution, structural and superconducting properties of Pb-free Bi2Sr2Ca2Cu3O10+ δ single crystals. Superconductor Science and Technology, 2004. 17(6): p. 731.</w:t>
      </w:r>
    </w:p>
    <w:sectPr w:rsidR="006D2D79" w:rsidRPr="00964A3B" w:rsidSect="00E741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7C37F55"/>
    <w:multiLevelType w:val="hybridMultilevel"/>
    <w:tmpl w:val="7FF45C10"/>
    <w:lvl w:ilvl="0" w:tplc="779622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D23B5E"/>
    <w:multiLevelType w:val="hybridMultilevel"/>
    <w:tmpl w:val="7610AC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AC4511A"/>
    <w:multiLevelType w:val="multilevel"/>
    <w:tmpl w:val="1C9A7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AA17CE3"/>
    <w:multiLevelType w:val="hybridMultilevel"/>
    <w:tmpl w:val="DAA2F5CC"/>
    <w:lvl w:ilvl="0" w:tplc="EBD030B2">
      <w:start w:val="1"/>
      <w:numFmt w:val="decimal"/>
      <w:pStyle w:val="Reference"/>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59E315CE"/>
    <w:multiLevelType w:val="hybridMultilevel"/>
    <w:tmpl w:val="AA8EA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CC3FAF"/>
    <w:multiLevelType w:val="multilevel"/>
    <w:tmpl w:val="D1CE5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69794280">
    <w:abstractNumId w:val="8"/>
  </w:num>
  <w:num w:numId="2" w16cid:durableId="2007054425">
    <w:abstractNumId w:val="6"/>
  </w:num>
  <w:num w:numId="3" w16cid:durableId="604579078">
    <w:abstractNumId w:val="5"/>
  </w:num>
  <w:num w:numId="4" w16cid:durableId="1622375895">
    <w:abstractNumId w:val="4"/>
  </w:num>
  <w:num w:numId="5" w16cid:durableId="333075653">
    <w:abstractNumId w:val="7"/>
  </w:num>
  <w:num w:numId="6" w16cid:durableId="1575822380">
    <w:abstractNumId w:val="3"/>
  </w:num>
  <w:num w:numId="7" w16cid:durableId="245191832">
    <w:abstractNumId w:val="2"/>
  </w:num>
  <w:num w:numId="8" w16cid:durableId="427506900">
    <w:abstractNumId w:val="1"/>
  </w:num>
  <w:num w:numId="9" w16cid:durableId="1542740978">
    <w:abstractNumId w:val="0"/>
  </w:num>
  <w:num w:numId="10" w16cid:durableId="418605295">
    <w:abstractNumId w:val="14"/>
  </w:num>
  <w:num w:numId="11" w16cid:durableId="356808174">
    <w:abstractNumId w:val="11"/>
  </w:num>
  <w:num w:numId="12" w16cid:durableId="755785383">
    <w:abstractNumId w:val="13"/>
  </w:num>
  <w:num w:numId="13" w16cid:durableId="1762725550">
    <w:abstractNumId w:val="10"/>
  </w:num>
  <w:num w:numId="14" w16cid:durableId="1075207084">
    <w:abstractNumId w:val="9"/>
  </w:num>
  <w:num w:numId="15" w16cid:durableId="1728724415">
    <w:abstractNumId w:val="12"/>
  </w:num>
  <w:num w:numId="16" w16cid:durableId="137812065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1FED"/>
    <w:rsid w:val="00034616"/>
    <w:rsid w:val="00047783"/>
    <w:rsid w:val="0006063C"/>
    <w:rsid w:val="00066826"/>
    <w:rsid w:val="00072B14"/>
    <w:rsid w:val="000D504D"/>
    <w:rsid w:val="00107443"/>
    <w:rsid w:val="00135C67"/>
    <w:rsid w:val="0015074B"/>
    <w:rsid w:val="00184743"/>
    <w:rsid w:val="001B35B6"/>
    <w:rsid w:val="001D2CF7"/>
    <w:rsid w:val="00207668"/>
    <w:rsid w:val="00245F93"/>
    <w:rsid w:val="00267BE9"/>
    <w:rsid w:val="00271376"/>
    <w:rsid w:val="0029639D"/>
    <w:rsid w:val="002C5B70"/>
    <w:rsid w:val="00306EDC"/>
    <w:rsid w:val="00326F90"/>
    <w:rsid w:val="00337024"/>
    <w:rsid w:val="00386985"/>
    <w:rsid w:val="00450131"/>
    <w:rsid w:val="004577BC"/>
    <w:rsid w:val="00485C54"/>
    <w:rsid w:val="004B1B89"/>
    <w:rsid w:val="004C2F11"/>
    <w:rsid w:val="004F2468"/>
    <w:rsid w:val="005315D5"/>
    <w:rsid w:val="00586A6E"/>
    <w:rsid w:val="005D2B49"/>
    <w:rsid w:val="00616AE4"/>
    <w:rsid w:val="00622D79"/>
    <w:rsid w:val="0065217D"/>
    <w:rsid w:val="006A04E4"/>
    <w:rsid w:val="006D2D79"/>
    <w:rsid w:val="00713999"/>
    <w:rsid w:val="007204A3"/>
    <w:rsid w:val="00770CD3"/>
    <w:rsid w:val="007937E4"/>
    <w:rsid w:val="007A5758"/>
    <w:rsid w:val="00844445"/>
    <w:rsid w:val="0086459C"/>
    <w:rsid w:val="00895D46"/>
    <w:rsid w:val="008D1671"/>
    <w:rsid w:val="008E00FD"/>
    <w:rsid w:val="00916FC6"/>
    <w:rsid w:val="00926CB9"/>
    <w:rsid w:val="00944121"/>
    <w:rsid w:val="00964A3B"/>
    <w:rsid w:val="009B60AD"/>
    <w:rsid w:val="009B7427"/>
    <w:rsid w:val="00A64658"/>
    <w:rsid w:val="00AA1D8D"/>
    <w:rsid w:val="00AB2BF4"/>
    <w:rsid w:val="00AD21B1"/>
    <w:rsid w:val="00AE17F1"/>
    <w:rsid w:val="00AF0022"/>
    <w:rsid w:val="00B15B90"/>
    <w:rsid w:val="00B42802"/>
    <w:rsid w:val="00B47730"/>
    <w:rsid w:val="00BB5424"/>
    <w:rsid w:val="00BC5255"/>
    <w:rsid w:val="00BD337D"/>
    <w:rsid w:val="00BE155D"/>
    <w:rsid w:val="00BF1C96"/>
    <w:rsid w:val="00C030AC"/>
    <w:rsid w:val="00C51261"/>
    <w:rsid w:val="00CB0450"/>
    <w:rsid w:val="00CB0664"/>
    <w:rsid w:val="00D01600"/>
    <w:rsid w:val="00D128E1"/>
    <w:rsid w:val="00D22163"/>
    <w:rsid w:val="00D80786"/>
    <w:rsid w:val="00DC346C"/>
    <w:rsid w:val="00E239FB"/>
    <w:rsid w:val="00E32DEF"/>
    <w:rsid w:val="00E54022"/>
    <w:rsid w:val="00E74161"/>
    <w:rsid w:val="00E95AD5"/>
    <w:rsid w:val="00EA6A68"/>
    <w:rsid w:val="00EC67CC"/>
    <w:rsid w:val="00ED03E2"/>
    <w:rsid w:val="00ED461A"/>
    <w:rsid w:val="00EF6AC4"/>
    <w:rsid w:val="00F17CDD"/>
    <w:rsid w:val="00F2086F"/>
    <w:rsid w:val="00F5181E"/>
    <w:rsid w:val="00F5514C"/>
    <w:rsid w:val="00F65635"/>
    <w:rsid w:val="00FB47B4"/>
    <w:rsid w:val="00FB7348"/>
    <w:rsid w:val="00FC693F"/>
    <w:rsid w:val="00FE7E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74A4257"/>
  <w14:defaultImageDpi w14:val="300"/>
  <w15:docId w15:val="{5880579C-C0F7-4ECA-BC90-FCC3DDBAC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7204A3"/>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EC67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7CC"/>
    <w:rPr>
      <w:rFonts w:ascii="Tahoma" w:hAnsi="Tahoma" w:cs="Tahoma"/>
      <w:sz w:val="16"/>
      <w:szCs w:val="16"/>
    </w:rPr>
  </w:style>
  <w:style w:type="character" w:styleId="PlaceholderText">
    <w:name w:val="Placeholder Text"/>
    <w:basedOn w:val="DefaultParagraphFont"/>
    <w:uiPriority w:val="99"/>
    <w:semiHidden/>
    <w:rsid w:val="00E239FB"/>
    <w:rPr>
      <w:color w:val="808080"/>
    </w:rPr>
  </w:style>
  <w:style w:type="paragraph" w:customStyle="1" w:styleId="EndNoteBibliography">
    <w:name w:val="EndNote Bibliography"/>
    <w:basedOn w:val="Normal"/>
    <w:link w:val="EndNoteBibliographyChar"/>
    <w:rsid w:val="00FB47B4"/>
    <w:pPr>
      <w:spacing w:before="240" w:after="240" w:line="240" w:lineRule="auto"/>
      <w:jc w:val="both"/>
    </w:pPr>
    <w:rPr>
      <w:rFonts w:ascii="Times New Roman" w:eastAsiaTheme="minorHAnsi" w:hAnsi="Times New Roman" w:cs="Times New Roman"/>
      <w:noProof/>
      <w:color w:val="000000" w:themeColor="text1"/>
      <w:sz w:val="28"/>
      <w:szCs w:val="28"/>
    </w:rPr>
  </w:style>
  <w:style w:type="character" w:customStyle="1" w:styleId="EndNoteBibliographyChar">
    <w:name w:val="EndNote Bibliography Char"/>
    <w:basedOn w:val="DefaultParagraphFont"/>
    <w:link w:val="EndNoteBibliography"/>
    <w:rsid w:val="00FB47B4"/>
    <w:rPr>
      <w:rFonts w:ascii="Times New Roman" w:eastAsiaTheme="minorHAnsi" w:hAnsi="Times New Roman" w:cs="Times New Roman"/>
      <w:noProof/>
      <w:color w:val="000000" w:themeColor="text1"/>
      <w:sz w:val="28"/>
      <w:szCs w:val="28"/>
    </w:rPr>
  </w:style>
  <w:style w:type="paragraph" w:customStyle="1" w:styleId="Reference">
    <w:name w:val="Reference"/>
    <w:basedOn w:val="Normal"/>
    <w:rsid w:val="00267BE9"/>
    <w:pPr>
      <w:numPr>
        <w:numId w:val="15"/>
      </w:numPr>
      <w:spacing w:after="0" w:line="240" w:lineRule="auto"/>
      <w:jc w:val="both"/>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7359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5CCAF-78CF-4239-84D2-C45D55068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8</Pages>
  <Words>3416</Words>
  <Characters>20862</Characters>
  <Application>Microsoft Office Word</Application>
  <DocSecurity>0</DocSecurity>
  <Lines>318</Lines>
  <Paragraphs>113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24155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Chafic Salame</cp:lastModifiedBy>
  <cp:revision>29</cp:revision>
  <cp:lastPrinted>2025-11-13T18:44:00Z</cp:lastPrinted>
  <dcterms:created xsi:type="dcterms:W3CDTF">2025-11-14T15:27:00Z</dcterms:created>
  <dcterms:modified xsi:type="dcterms:W3CDTF">2025-12-06T20:26:00Z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fe3cc615-26de-4213-a07e-a0c000169687</vt:lpwstr>
  </property>
</Properties>
</file>